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FBA8" w14:textId="77777777" w:rsidR="00244EF8" w:rsidRDefault="00244EF8" w:rsidP="00C73B8C">
      <w:pPr>
        <w:rPr>
          <w:rFonts w:ascii="Times New Roman" w:hAnsi="Times New Roman" w:cs="Times New Roman"/>
          <w:b/>
          <w:sz w:val="22"/>
        </w:rPr>
      </w:pPr>
    </w:p>
    <w:p w14:paraId="091BEBAD" w14:textId="02DF0607" w:rsidR="00883A5C" w:rsidRDefault="00C73B8C" w:rsidP="00C73B8C">
      <w:pPr>
        <w:rPr>
          <w:rFonts w:ascii="Times New Roman" w:hAnsi="Times New Roman" w:cs="Times New Roman"/>
          <w:b/>
          <w:sz w:val="22"/>
        </w:rPr>
      </w:pPr>
      <w:proofErr w:type="spellStart"/>
      <w:r>
        <w:rPr>
          <w:rFonts w:ascii="Times New Roman" w:hAnsi="Times New Roman" w:cs="Times New Roman"/>
          <w:b/>
          <w:sz w:val="22"/>
        </w:rPr>
        <w:t>Anexa</w:t>
      </w:r>
      <w:proofErr w:type="spellEnd"/>
      <w:r>
        <w:rPr>
          <w:rFonts w:ascii="Times New Roman" w:hAnsi="Times New Roman" w:cs="Times New Roman"/>
          <w:b/>
          <w:sz w:val="22"/>
        </w:rPr>
        <w:t xml:space="preserve"> 5</w:t>
      </w:r>
    </w:p>
    <w:p w14:paraId="4CECDD95" w14:textId="77777777" w:rsidR="00883A5C" w:rsidRDefault="00883A5C">
      <w:pPr>
        <w:jc w:val="center"/>
        <w:rPr>
          <w:rFonts w:ascii="Times New Roman" w:hAnsi="Times New Roman" w:cs="Times New Roman"/>
          <w:b/>
          <w:sz w:val="22"/>
        </w:rPr>
      </w:pPr>
    </w:p>
    <w:p w14:paraId="7205BC25" w14:textId="0F2D0386" w:rsidR="00A506B2" w:rsidRPr="00883A5C" w:rsidRDefault="00B70A25">
      <w:pPr>
        <w:jc w:val="center"/>
        <w:rPr>
          <w:rFonts w:ascii="Times New Roman" w:hAnsi="Times New Roman" w:cs="Times New Roman"/>
        </w:rPr>
      </w:pPr>
      <w:r w:rsidRPr="00883A5C">
        <w:rPr>
          <w:rFonts w:ascii="Times New Roman" w:hAnsi="Times New Roman" w:cs="Times New Roman"/>
          <w:b/>
          <w:sz w:val="22"/>
        </w:rPr>
        <w:t>GAL VALEA TROTUȘULUI BACĂU</w:t>
      </w:r>
    </w:p>
    <w:p w14:paraId="610FBF5E" w14:textId="0119EE63" w:rsidR="00A506B2" w:rsidRPr="00883A5C" w:rsidRDefault="00B70A25">
      <w:pPr>
        <w:jc w:val="center"/>
        <w:rPr>
          <w:rFonts w:ascii="Times New Roman" w:hAnsi="Times New Roman" w:cs="Times New Roman"/>
        </w:rPr>
      </w:pPr>
      <w:r w:rsidRPr="00883A5C">
        <w:rPr>
          <w:rFonts w:ascii="Times New Roman" w:hAnsi="Times New Roman" w:cs="Times New Roman"/>
          <w:b/>
          <w:sz w:val="22"/>
        </w:rPr>
        <w:t>GRILA DE VERIFICARE AFERENTĂ ETAPEI DE EVALUARE TEHNICĂ ȘI FINANCIARĂ (ETF) – CALITATIVĂ – DLRC</w:t>
      </w:r>
    </w:p>
    <w:p w14:paraId="497989B8" w14:textId="5ADAFCBE" w:rsidR="00A506B2" w:rsidRDefault="00A506B2"/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3683"/>
        <w:gridCol w:w="6907"/>
      </w:tblGrid>
      <w:tr w:rsidR="00244EF8" w:rsidRPr="00244EF8" w14:paraId="6ED17BA7" w14:textId="77777777" w:rsidTr="00244EF8">
        <w:tc>
          <w:tcPr>
            <w:tcW w:w="10590" w:type="dxa"/>
            <w:gridSpan w:val="2"/>
            <w:shd w:val="clear" w:color="auto" w:fill="EEECE1" w:themeFill="background2"/>
          </w:tcPr>
          <w:p w14:paraId="5E57F150" w14:textId="0428A80C" w:rsidR="00244EF8" w:rsidRPr="00244EF8" w:rsidRDefault="00244E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44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Identificare</w:t>
            </w:r>
            <w:proofErr w:type="spellEnd"/>
            <w:r w:rsidRPr="00244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44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Fisa</w:t>
            </w:r>
            <w:proofErr w:type="spellEnd"/>
            <w:r w:rsidRPr="00244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244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proiect</w:t>
            </w:r>
            <w:proofErr w:type="spellEnd"/>
          </w:p>
        </w:tc>
      </w:tr>
      <w:tr w:rsidR="00A506B2" w:rsidRPr="00883A5C" w14:paraId="37BDEE71" w14:textId="77777777" w:rsidTr="00244EF8">
        <w:tc>
          <w:tcPr>
            <w:tcW w:w="3683" w:type="dxa"/>
          </w:tcPr>
          <w:p w14:paraId="56A54204" w14:textId="77777777" w:rsidR="00A506B2" w:rsidRPr="00883A5C" w:rsidRDefault="00B7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apel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FSE+</w:t>
            </w:r>
          </w:p>
        </w:tc>
        <w:tc>
          <w:tcPr>
            <w:tcW w:w="6907" w:type="dxa"/>
          </w:tcPr>
          <w:p w14:paraId="1CE27C0E" w14:textId="77777777" w:rsidR="00A506B2" w:rsidRPr="00883A5C" w:rsidRDefault="00A50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6B2" w:rsidRPr="00883A5C" w14:paraId="3FCE719F" w14:textId="77777777" w:rsidTr="00244EF8">
        <w:tc>
          <w:tcPr>
            <w:tcW w:w="3683" w:type="dxa"/>
          </w:tcPr>
          <w:p w14:paraId="0C71383A" w14:textId="77777777" w:rsidR="00A506B2" w:rsidRPr="00883A5C" w:rsidRDefault="00B7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Cod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Fișă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6907" w:type="dxa"/>
          </w:tcPr>
          <w:p w14:paraId="6E86AE02" w14:textId="77777777" w:rsidR="00A506B2" w:rsidRPr="00883A5C" w:rsidRDefault="00A50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6B2" w:rsidRPr="00883A5C" w14:paraId="03CD5B90" w14:textId="77777777" w:rsidTr="00244EF8">
        <w:tc>
          <w:tcPr>
            <w:tcW w:w="3683" w:type="dxa"/>
          </w:tcPr>
          <w:p w14:paraId="6DE9B401" w14:textId="77777777" w:rsidR="00A506B2" w:rsidRPr="00883A5C" w:rsidRDefault="00B7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Fișei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6907" w:type="dxa"/>
          </w:tcPr>
          <w:p w14:paraId="39AB8300" w14:textId="77777777" w:rsidR="00A506B2" w:rsidRPr="00883A5C" w:rsidRDefault="00A50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6B2" w:rsidRPr="00883A5C" w14:paraId="55E46E4A" w14:textId="77777777" w:rsidTr="00244EF8">
        <w:tc>
          <w:tcPr>
            <w:tcW w:w="3683" w:type="dxa"/>
          </w:tcPr>
          <w:p w14:paraId="783E5E81" w14:textId="77777777" w:rsidR="00A506B2" w:rsidRPr="00883A5C" w:rsidRDefault="00B7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Solicitant /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4"/>
                <w:szCs w:val="24"/>
              </w:rPr>
              <w:t>Parteneri</w:t>
            </w:r>
            <w:proofErr w:type="spellEnd"/>
          </w:p>
        </w:tc>
        <w:tc>
          <w:tcPr>
            <w:tcW w:w="6907" w:type="dxa"/>
          </w:tcPr>
          <w:p w14:paraId="0BBC67BD" w14:textId="77777777" w:rsidR="00A506B2" w:rsidRPr="00883A5C" w:rsidRDefault="00A50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67E24D" w14:textId="77777777" w:rsidR="00A506B2" w:rsidRDefault="00A506B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5"/>
        <w:gridCol w:w="2452"/>
        <w:gridCol w:w="2494"/>
        <w:gridCol w:w="1205"/>
        <w:gridCol w:w="1096"/>
        <w:gridCol w:w="1053"/>
        <w:gridCol w:w="2313"/>
      </w:tblGrid>
      <w:tr w:rsidR="004B029D" w:rsidRPr="00975F20" w14:paraId="70F700C6" w14:textId="77777777" w:rsidTr="00D658D6">
        <w:trPr>
          <w:jc w:val="center"/>
        </w:trPr>
        <w:tc>
          <w:tcPr>
            <w:tcW w:w="715" w:type="dxa"/>
            <w:shd w:val="clear" w:color="auto" w:fill="C2D69B" w:themeFill="accent3" w:themeFillTint="99"/>
            <w:vAlign w:val="center"/>
          </w:tcPr>
          <w:p w14:paraId="27618083" w14:textId="00B011A1" w:rsidR="00975F20" w:rsidRPr="00975F20" w:rsidRDefault="00975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52" w:type="dxa"/>
            <w:shd w:val="clear" w:color="auto" w:fill="C2D69B" w:themeFill="accent3" w:themeFillTint="99"/>
            <w:vAlign w:val="center"/>
          </w:tcPr>
          <w:p w14:paraId="628BE194" w14:textId="77777777" w:rsidR="00975F20" w:rsidRPr="00975F20" w:rsidRDefault="00975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Criteriu</w:t>
            </w:r>
            <w:proofErr w:type="spellEnd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subcriteriu</w:t>
            </w:r>
            <w:proofErr w:type="spellEnd"/>
          </w:p>
        </w:tc>
        <w:tc>
          <w:tcPr>
            <w:tcW w:w="2494" w:type="dxa"/>
            <w:shd w:val="clear" w:color="auto" w:fill="C2D69B" w:themeFill="accent3" w:themeFillTint="99"/>
          </w:tcPr>
          <w:p w14:paraId="5C85506D" w14:textId="7CE7CDBD" w:rsidR="00975F20" w:rsidRP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Explicatii</w:t>
            </w:r>
            <w:proofErr w:type="spellEnd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5" w:type="dxa"/>
            <w:shd w:val="clear" w:color="auto" w:fill="C2D69B" w:themeFill="accent3" w:themeFillTint="99"/>
            <w:vAlign w:val="center"/>
          </w:tcPr>
          <w:p w14:paraId="2B59C940" w14:textId="29B9EB51" w:rsidR="00975F20" w:rsidRPr="00975F20" w:rsidRDefault="00975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  <w:proofErr w:type="spellEnd"/>
          </w:p>
        </w:tc>
        <w:tc>
          <w:tcPr>
            <w:tcW w:w="1096" w:type="dxa"/>
            <w:shd w:val="clear" w:color="auto" w:fill="C2D69B" w:themeFill="accent3" w:themeFillTint="99"/>
            <w:vAlign w:val="center"/>
          </w:tcPr>
          <w:p w14:paraId="2E8A77F7" w14:textId="77777777" w:rsidR="00975F20" w:rsidRPr="00975F20" w:rsidRDefault="00975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Tip</w:t>
            </w:r>
          </w:p>
        </w:tc>
        <w:tc>
          <w:tcPr>
            <w:tcW w:w="1053" w:type="dxa"/>
            <w:shd w:val="clear" w:color="auto" w:fill="C2D69B" w:themeFill="accent3" w:themeFillTint="99"/>
          </w:tcPr>
          <w:p w14:paraId="3753431B" w14:textId="0E85CD84" w:rsidR="00975F20" w:rsidRP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obtinut</w:t>
            </w:r>
            <w:proofErr w:type="spellEnd"/>
          </w:p>
        </w:tc>
        <w:tc>
          <w:tcPr>
            <w:tcW w:w="2313" w:type="dxa"/>
            <w:shd w:val="clear" w:color="auto" w:fill="C2D69B" w:themeFill="accent3" w:themeFillTint="99"/>
            <w:vAlign w:val="center"/>
          </w:tcPr>
          <w:p w14:paraId="268C571F" w14:textId="710BF64C" w:rsidR="00975F20" w:rsidRPr="00975F20" w:rsidRDefault="00975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>Justificare</w:t>
            </w:r>
            <w:proofErr w:type="spellEnd"/>
            <w:r w:rsidRPr="00975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obtinut</w:t>
            </w:r>
            <w:proofErr w:type="spellEnd"/>
          </w:p>
        </w:tc>
      </w:tr>
      <w:tr w:rsidR="00B149CE" w:rsidRPr="00975F20" w14:paraId="2706E89C" w14:textId="77777777" w:rsidTr="00D658D6">
        <w:trPr>
          <w:jc w:val="center"/>
        </w:trPr>
        <w:tc>
          <w:tcPr>
            <w:tcW w:w="5661" w:type="dxa"/>
            <w:gridSpan w:val="3"/>
            <w:shd w:val="clear" w:color="auto" w:fill="DAEEF3" w:themeFill="accent5" w:themeFillTint="33"/>
            <w:vAlign w:val="center"/>
          </w:tcPr>
          <w:p w14:paraId="154D33D2" w14:textId="688EA9D1" w:rsidR="00975F20" w:rsidRPr="00975F20" w:rsidRDefault="00975F20" w:rsidP="00975F20">
            <w:pPr>
              <w:rPr>
                <w:rFonts w:ascii="Times New Roman" w:hAnsi="Times New Roman" w:cs="Times New Roman"/>
                <w:b/>
                <w:sz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o-RO"/>
              </w:rPr>
              <w:t>1.</w:t>
            </w:r>
            <w:r w:rsidRPr="00975F20">
              <w:rPr>
                <w:rFonts w:ascii="Times New Roman" w:hAnsi="Times New Roman" w:cs="Times New Roman"/>
                <w:b/>
                <w:sz w:val="22"/>
                <w:lang w:val="ro-RO"/>
              </w:rPr>
              <w:t xml:space="preserve">RELEVANTA - </w:t>
            </w:r>
            <w:r w:rsidRPr="00975F20">
              <w:rPr>
                <w:rFonts w:ascii="Times New Roman" w:hAnsi="Times New Roman" w:cs="Times New Roman"/>
                <w:b/>
                <w:bCs/>
                <w:sz w:val="22"/>
                <w:lang w:val="ro-RO"/>
              </w:rPr>
              <w:t>măsura în care proiectul contribuie la realizarea obiectivelor SDL, a celor din documentele strategice relevante si solutionarea nevoilor specifice grupului tinta</w:t>
            </w:r>
          </w:p>
        </w:tc>
        <w:tc>
          <w:tcPr>
            <w:tcW w:w="1205" w:type="dxa"/>
            <w:shd w:val="clear" w:color="auto" w:fill="DAEEF3" w:themeFill="accent5" w:themeFillTint="33"/>
            <w:vAlign w:val="center"/>
          </w:tcPr>
          <w:p w14:paraId="63346CA2" w14:textId="77777777" w:rsid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Max. 30</w:t>
            </w:r>
          </w:p>
          <w:p w14:paraId="4DC9C08D" w14:textId="3B36B23A" w:rsidR="00975F20" w:rsidRP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Min. 21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FECC314" w14:textId="77777777" w:rsidR="00975F20" w:rsidRP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DAEEF3" w:themeFill="accent5" w:themeFillTint="33"/>
          </w:tcPr>
          <w:p w14:paraId="4904B8A5" w14:textId="77777777" w:rsid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552C7EBC" w14:textId="77777777" w:rsidR="00975F20" w:rsidRPr="00975F20" w:rsidRDefault="00975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29D" w:rsidRPr="00883A5C" w14:paraId="18A53D87" w14:textId="77777777" w:rsidTr="00D658D6">
        <w:trPr>
          <w:trHeight w:val="907"/>
          <w:jc w:val="center"/>
        </w:trPr>
        <w:tc>
          <w:tcPr>
            <w:tcW w:w="715" w:type="dxa"/>
            <w:vMerge w:val="restart"/>
            <w:tcBorders>
              <w:bottom w:val="single" w:sz="12" w:space="0" w:color="auto"/>
            </w:tcBorders>
            <w:vAlign w:val="center"/>
          </w:tcPr>
          <w:p w14:paraId="3F48E073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1.1</w:t>
            </w:r>
          </w:p>
        </w:tc>
        <w:tc>
          <w:tcPr>
            <w:tcW w:w="2452" w:type="dxa"/>
            <w:vMerge w:val="restart"/>
            <w:tcBorders>
              <w:bottom w:val="single" w:sz="12" w:space="0" w:color="auto"/>
            </w:tcBorders>
            <w:vAlign w:val="center"/>
          </w:tcPr>
          <w:p w14:paraId="69D7716B" w14:textId="62D6E01B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Contribuția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indeplinirea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obiectivel</w:t>
            </w:r>
            <w:r>
              <w:rPr>
                <w:rFonts w:ascii="Times New Roman" w:hAnsi="Times New Roman" w:cs="Times New Roman"/>
                <w:sz w:val="22"/>
              </w:rPr>
              <w:t>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SDL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ale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Intervenției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FSE+</w:t>
            </w:r>
          </w:p>
        </w:tc>
        <w:tc>
          <w:tcPr>
            <w:tcW w:w="2494" w:type="dxa"/>
          </w:tcPr>
          <w:p w14:paraId="448F1D6A" w14:textId="6387B1B5" w:rsidR="00975F20" w:rsidRPr="00335FCB" w:rsidRDefault="00975F20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lang w:val="ro-RO"/>
              </w:rPr>
              <w:t>Este descrisa incadrarea proiectului in SDL aprobata prin obiectivele propuse</w:t>
            </w:r>
          </w:p>
        </w:tc>
        <w:tc>
          <w:tcPr>
            <w:tcW w:w="1205" w:type="dxa"/>
            <w:vAlign w:val="center"/>
          </w:tcPr>
          <w:p w14:paraId="09270751" w14:textId="6FE2970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Merge w:val="restart"/>
            <w:tcBorders>
              <w:bottom w:val="single" w:sz="12" w:space="0" w:color="auto"/>
            </w:tcBorders>
            <w:vAlign w:val="center"/>
          </w:tcPr>
          <w:p w14:paraId="3950620D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</w:tcPr>
          <w:p w14:paraId="36FCB3EE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tcBorders>
              <w:bottom w:val="single" w:sz="12" w:space="0" w:color="auto"/>
            </w:tcBorders>
            <w:vAlign w:val="center"/>
          </w:tcPr>
          <w:p w14:paraId="3D69A329" w14:textId="5161FB90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46BE29E3" w14:textId="77777777" w:rsidTr="00D658D6">
        <w:trPr>
          <w:trHeight w:val="835"/>
          <w:jc w:val="center"/>
        </w:trPr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54627F9F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tcBorders>
              <w:bottom w:val="single" w:sz="12" w:space="0" w:color="auto"/>
            </w:tcBorders>
            <w:vAlign w:val="center"/>
          </w:tcPr>
          <w:p w14:paraId="61C6D0C0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2343355C" w14:textId="3233F4B5" w:rsidR="00975F20" w:rsidRPr="00335FCB" w:rsidRDefault="00975F20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lang w:val="ro-RO"/>
              </w:rPr>
              <w:t>Este descrisa incadrarea proiectului in SDL aprobata prin activitatile propuse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6462DB91" w14:textId="59A0684A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tcBorders>
              <w:bottom w:val="single" w:sz="12" w:space="0" w:color="auto"/>
            </w:tcBorders>
            <w:vAlign w:val="center"/>
          </w:tcPr>
          <w:p w14:paraId="3F8E3F04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78E87A41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tcBorders>
              <w:bottom w:val="single" w:sz="12" w:space="0" w:color="auto"/>
            </w:tcBorders>
            <w:vAlign w:val="center"/>
          </w:tcPr>
          <w:p w14:paraId="4FE60798" w14:textId="178F8B8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292B905C" w14:textId="77777777" w:rsidTr="00D658D6">
        <w:trPr>
          <w:trHeight w:val="832"/>
          <w:jc w:val="center"/>
        </w:trPr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0859B0E0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tcBorders>
              <w:bottom w:val="single" w:sz="12" w:space="0" w:color="auto"/>
            </w:tcBorders>
            <w:vAlign w:val="center"/>
          </w:tcPr>
          <w:p w14:paraId="73E338D2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tcBorders>
              <w:bottom w:val="single" w:sz="12" w:space="0" w:color="auto"/>
            </w:tcBorders>
          </w:tcPr>
          <w:p w14:paraId="79CDB86B" w14:textId="127ABED1" w:rsidR="00975F20" w:rsidRPr="00335FCB" w:rsidRDefault="00975F20" w:rsidP="00335FCB">
            <w:pPr>
              <w:rPr>
                <w:rFonts w:ascii="Times New Roman" w:hAnsi="Times New Roman" w:cs="Times New Roman"/>
                <w:sz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lang w:val="ro-RO"/>
              </w:rPr>
              <w:t>Este descrisa incadrarea proiectului in SDL aprobata prin rezultatele propuse</w:t>
            </w:r>
          </w:p>
          <w:p w14:paraId="6F07BA03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05" w:type="dxa"/>
            <w:tcBorders>
              <w:bottom w:val="single" w:sz="12" w:space="0" w:color="auto"/>
            </w:tcBorders>
            <w:vAlign w:val="center"/>
          </w:tcPr>
          <w:p w14:paraId="1677EA52" w14:textId="6031AE2F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tcBorders>
              <w:bottom w:val="single" w:sz="12" w:space="0" w:color="auto"/>
            </w:tcBorders>
            <w:vAlign w:val="center"/>
          </w:tcPr>
          <w:p w14:paraId="11650E8E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</w:tcPr>
          <w:p w14:paraId="672B0CB6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tcBorders>
              <w:bottom w:val="single" w:sz="12" w:space="0" w:color="auto"/>
            </w:tcBorders>
            <w:vAlign w:val="center"/>
          </w:tcPr>
          <w:p w14:paraId="4A6F415E" w14:textId="09A70302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7756EFE2" w14:textId="77777777" w:rsidTr="00D658D6">
        <w:trPr>
          <w:trHeight w:val="395"/>
          <w:jc w:val="center"/>
        </w:trPr>
        <w:tc>
          <w:tcPr>
            <w:tcW w:w="71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63186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245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168E1D" w14:textId="50A8DFB4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Definirea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fundamentarea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relatie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analiza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nevoi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</w:p>
        </w:tc>
        <w:tc>
          <w:tcPr>
            <w:tcW w:w="2494" w:type="dxa"/>
            <w:tcBorders>
              <w:top w:val="single" w:sz="12" w:space="0" w:color="auto"/>
              <w:bottom w:val="single" w:sz="4" w:space="0" w:color="auto"/>
            </w:tcBorders>
          </w:tcPr>
          <w:p w14:paraId="578E30A9" w14:textId="79206822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 xml:space="preserve">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precizate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categoriile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numărul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persoane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copii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justificarea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dimensiunii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analiza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nevoi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56BD5C" w14:textId="5BCE5361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AB4F8F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</w:tcPr>
          <w:p w14:paraId="2C154003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F2954F" w14:textId="799389AA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64C2B089" w14:textId="77777777" w:rsidTr="00D658D6">
        <w:trPr>
          <w:trHeight w:val="394"/>
          <w:jc w:val="center"/>
        </w:trPr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7D583383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tcBorders>
              <w:bottom w:val="single" w:sz="12" w:space="0" w:color="auto"/>
            </w:tcBorders>
            <w:vAlign w:val="center"/>
          </w:tcPr>
          <w:p w14:paraId="3BBD2439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tcBorders>
              <w:bottom w:val="single" w:sz="12" w:space="0" w:color="auto"/>
            </w:tcBorders>
          </w:tcPr>
          <w:p w14:paraId="62236D74" w14:textId="2DD8F0B5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 xml:space="preserve">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precizate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localitățile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/aria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proveniență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există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corelare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între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resurse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indicatori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05" w:type="dxa"/>
            <w:tcBorders>
              <w:bottom w:val="single" w:sz="12" w:space="0" w:color="auto"/>
            </w:tcBorders>
            <w:vAlign w:val="center"/>
          </w:tcPr>
          <w:p w14:paraId="042AF7AD" w14:textId="3E8C98D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vMerge/>
            <w:tcBorders>
              <w:bottom w:val="single" w:sz="12" w:space="0" w:color="auto"/>
            </w:tcBorders>
            <w:vAlign w:val="center"/>
          </w:tcPr>
          <w:p w14:paraId="7F6C56F9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</w:tcPr>
          <w:p w14:paraId="7A519852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tcBorders>
              <w:bottom w:val="single" w:sz="12" w:space="0" w:color="auto"/>
            </w:tcBorders>
            <w:vAlign w:val="center"/>
          </w:tcPr>
          <w:p w14:paraId="274D8A63" w14:textId="77777777" w:rsidR="00432CD6" w:rsidRPr="00883A5C" w:rsidRDefault="00432CD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68CE1AF9" w14:textId="77777777" w:rsidTr="00D658D6">
        <w:trPr>
          <w:trHeight w:val="860"/>
          <w:jc w:val="center"/>
        </w:trPr>
        <w:tc>
          <w:tcPr>
            <w:tcW w:w="71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3D986D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245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E473F5" w14:textId="786BA549" w:rsidR="00D658D6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Principii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orizontale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3DFB5CEF" w14:textId="77777777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</w:p>
          <w:p w14:paraId="1F0D7A05" w14:textId="5095907F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contribuie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lastRenderedPageBreak/>
              <w:t>promovarea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Principii</w:t>
            </w:r>
            <w:r>
              <w:rPr>
                <w:rFonts w:ascii="Times New Roman" w:hAnsi="Times New Roman" w:cs="Times New Roman"/>
                <w:sz w:val="22"/>
              </w:rPr>
              <w:t>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orizontale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Orientarile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accesarea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finantarilor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PIDS 2021-2027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conformitate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specificatiile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Ghidului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dezvoltare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durabila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egalitate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sanse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tratament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intre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femei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barbate,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nediscriminare</w:t>
            </w:r>
            <w:proofErr w:type="spellEnd"/>
          </w:p>
        </w:tc>
        <w:tc>
          <w:tcPr>
            <w:tcW w:w="2494" w:type="dxa"/>
            <w:tcBorders>
              <w:top w:val="single" w:sz="12" w:space="0" w:color="auto"/>
            </w:tcBorders>
          </w:tcPr>
          <w:p w14:paraId="2C5F4554" w14:textId="30A90733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cel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puțin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concretă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dezvoltarea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durabilă</w:t>
            </w:r>
            <w:proofErr w:type="spellEnd"/>
          </w:p>
        </w:tc>
        <w:tc>
          <w:tcPr>
            <w:tcW w:w="1205" w:type="dxa"/>
            <w:tcBorders>
              <w:top w:val="single" w:sz="12" w:space="0" w:color="auto"/>
            </w:tcBorders>
            <w:vAlign w:val="center"/>
          </w:tcPr>
          <w:p w14:paraId="630EE549" w14:textId="7FFD8DF1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7261080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206DF2F3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770FBFFD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25DA783C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38A90E36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48C62561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0B14C666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6205947C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  <w:p w14:paraId="4D7F08B2" w14:textId="370BFD6A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  <w:tcBorders>
              <w:top w:val="single" w:sz="12" w:space="0" w:color="auto"/>
              <w:bottom w:val="single" w:sz="2" w:space="0" w:color="auto"/>
            </w:tcBorders>
          </w:tcPr>
          <w:p w14:paraId="7165445C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7F26309" w14:textId="4645734E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4B029D" w:rsidRPr="00883A5C" w14:paraId="40F04B45" w14:textId="77777777" w:rsidTr="00D658D6">
        <w:trPr>
          <w:trHeight w:val="857"/>
          <w:jc w:val="center"/>
        </w:trPr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3AFAA111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tcBorders>
              <w:bottom w:val="single" w:sz="12" w:space="0" w:color="auto"/>
            </w:tcBorders>
            <w:vAlign w:val="center"/>
          </w:tcPr>
          <w:p w14:paraId="3C01EE7B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3126AE57" w14:textId="492AC721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cel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puțin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concretă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egalitatea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șanse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nediscriminarea</w:t>
            </w:r>
            <w:proofErr w:type="spellEnd"/>
          </w:p>
        </w:tc>
        <w:tc>
          <w:tcPr>
            <w:tcW w:w="1205" w:type="dxa"/>
            <w:vAlign w:val="center"/>
          </w:tcPr>
          <w:p w14:paraId="33FB0849" w14:textId="3D3B46B8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tcBorders>
              <w:bottom w:val="single" w:sz="2" w:space="0" w:color="auto"/>
            </w:tcBorders>
            <w:vAlign w:val="center"/>
          </w:tcPr>
          <w:p w14:paraId="4079B9B4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  <w:tcBorders>
              <w:bottom w:val="single" w:sz="2" w:space="0" w:color="auto"/>
            </w:tcBorders>
          </w:tcPr>
          <w:p w14:paraId="18D5F86C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tcBorders>
              <w:bottom w:val="single" w:sz="2" w:space="0" w:color="auto"/>
            </w:tcBorders>
            <w:vAlign w:val="center"/>
          </w:tcPr>
          <w:p w14:paraId="63A80C64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7D8AF024" w14:textId="77777777" w:rsidTr="00D658D6">
        <w:trPr>
          <w:trHeight w:val="857"/>
          <w:jc w:val="center"/>
        </w:trPr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5D8461F8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tcBorders>
              <w:bottom w:val="single" w:sz="12" w:space="0" w:color="auto"/>
            </w:tcBorders>
            <w:vAlign w:val="center"/>
          </w:tcPr>
          <w:p w14:paraId="3AAF4102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05DC25D" w14:textId="15256D16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cel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puțin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concretă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accesibilitatea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persoanelor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dizabilități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  <w:r w:rsidRPr="00883A5C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57F6656A" w14:textId="2614D78A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tcBorders>
              <w:bottom w:val="single" w:sz="2" w:space="0" w:color="auto"/>
            </w:tcBorders>
            <w:vAlign w:val="center"/>
          </w:tcPr>
          <w:p w14:paraId="229D889F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  <w:tcBorders>
              <w:bottom w:val="single" w:sz="2" w:space="0" w:color="auto"/>
            </w:tcBorders>
          </w:tcPr>
          <w:p w14:paraId="108F11EF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tcBorders>
              <w:bottom w:val="single" w:sz="2" w:space="0" w:color="auto"/>
            </w:tcBorders>
            <w:vAlign w:val="center"/>
          </w:tcPr>
          <w:p w14:paraId="5BAFACF4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5C87EBB9" w14:textId="77777777" w:rsidTr="00D658D6">
        <w:trPr>
          <w:trHeight w:val="857"/>
          <w:jc w:val="center"/>
        </w:trPr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562B9DAC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tcBorders>
              <w:bottom w:val="single" w:sz="12" w:space="0" w:color="auto"/>
            </w:tcBorders>
            <w:vAlign w:val="center"/>
          </w:tcPr>
          <w:p w14:paraId="624CAE6B" w14:textId="77777777" w:rsidR="003E38F7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  <w:tcBorders>
              <w:bottom w:val="single" w:sz="12" w:space="0" w:color="auto"/>
            </w:tcBorders>
          </w:tcPr>
          <w:p w14:paraId="32CC1E08" w14:textId="47BAB385" w:rsidR="003E38F7" w:rsidRPr="00883A5C" w:rsidRDefault="00F036C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M</w:t>
            </w:r>
            <w:r w:rsidR="003E38F7" w:rsidRPr="00883A5C">
              <w:rPr>
                <w:rFonts w:ascii="Times New Roman" w:hAnsi="Times New Roman" w:cs="Times New Roman"/>
                <w:sz w:val="22"/>
              </w:rPr>
              <w:t>ăsurile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prevazute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FP </w:t>
            </w:r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sunt integrate explicit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activități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sau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buget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au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responsabil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rezultat</w:t>
            </w:r>
            <w:proofErr w:type="spellEnd"/>
            <w:r w:rsidR="003E38F7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3E38F7" w:rsidRPr="00883A5C">
              <w:rPr>
                <w:rFonts w:ascii="Times New Roman" w:hAnsi="Times New Roman" w:cs="Times New Roman"/>
                <w:sz w:val="22"/>
              </w:rPr>
              <w:t>verificabil</w:t>
            </w:r>
            <w:proofErr w:type="spellEnd"/>
          </w:p>
        </w:tc>
        <w:tc>
          <w:tcPr>
            <w:tcW w:w="1205" w:type="dxa"/>
            <w:tcBorders>
              <w:bottom w:val="single" w:sz="12" w:space="0" w:color="auto"/>
            </w:tcBorders>
            <w:vAlign w:val="center"/>
          </w:tcPr>
          <w:p w14:paraId="5BA8E69B" w14:textId="089D82AE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tcBorders>
              <w:bottom w:val="single" w:sz="2" w:space="0" w:color="auto"/>
            </w:tcBorders>
            <w:vAlign w:val="center"/>
          </w:tcPr>
          <w:p w14:paraId="79A3B002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  <w:tcBorders>
              <w:bottom w:val="single" w:sz="2" w:space="0" w:color="auto"/>
            </w:tcBorders>
          </w:tcPr>
          <w:p w14:paraId="17A4258E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tcBorders>
              <w:bottom w:val="single" w:sz="2" w:space="0" w:color="auto"/>
            </w:tcBorders>
            <w:vAlign w:val="center"/>
          </w:tcPr>
          <w:p w14:paraId="0F417090" w14:textId="77777777" w:rsidR="003E38F7" w:rsidRPr="00883A5C" w:rsidRDefault="003E38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2C29CD9F" w14:textId="77777777" w:rsidTr="00D658D6">
        <w:trPr>
          <w:jc w:val="center"/>
        </w:trPr>
        <w:tc>
          <w:tcPr>
            <w:tcW w:w="715" w:type="dxa"/>
            <w:tcBorders>
              <w:top w:val="single" w:sz="12" w:space="0" w:color="auto"/>
            </w:tcBorders>
            <w:vAlign w:val="center"/>
          </w:tcPr>
          <w:p w14:paraId="45ED9FF8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1.4</w:t>
            </w:r>
          </w:p>
        </w:tc>
        <w:tc>
          <w:tcPr>
            <w:tcW w:w="2452" w:type="dxa"/>
            <w:tcBorders>
              <w:top w:val="single" w:sz="12" w:space="0" w:color="auto"/>
            </w:tcBorders>
            <w:vAlign w:val="center"/>
          </w:tcPr>
          <w:p w14:paraId="500B0B17" w14:textId="68AB20CF" w:rsidR="00D658D6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Teme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secundare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166E4866" w14:textId="77777777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</w:p>
          <w:p w14:paraId="481EBAF2" w14:textId="14D52577" w:rsidR="00975F20" w:rsidRPr="00883A5C" w:rsidRDefault="00BE4597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contribuie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promovarea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cel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putin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uneia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dintre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975F20" w:rsidRPr="00883A5C">
              <w:rPr>
                <w:rFonts w:ascii="Times New Roman" w:hAnsi="Times New Roman" w:cs="Times New Roman"/>
                <w:sz w:val="22"/>
              </w:rPr>
              <w:t xml:space="preserve">Teme </w:t>
            </w:r>
            <w:proofErr w:type="spellStart"/>
            <w:r w:rsidR="00975F20" w:rsidRPr="00883A5C">
              <w:rPr>
                <w:rFonts w:ascii="Times New Roman" w:hAnsi="Times New Roman" w:cs="Times New Roman"/>
                <w:sz w:val="22"/>
              </w:rPr>
              <w:t>secundare</w:t>
            </w:r>
            <w:proofErr w:type="spellEnd"/>
            <w:r w:rsidR="00975F20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975F20" w:rsidRPr="00883A5C">
              <w:rPr>
                <w:rFonts w:ascii="Times New Roman" w:hAnsi="Times New Roman" w:cs="Times New Roman"/>
                <w:sz w:val="22"/>
              </w:rPr>
              <w:t>aplicabile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din Ghidul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generale PIDS 2021-2027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conformitate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Ghidului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specifice</w:t>
            </w:r>
            <w:proofErr w:type="spellEnd"/>
          </w:p>
        </w:tc>
        <w:tc>
          <w:tcPr>
            <w:tcW w:w="2494" w:type="dxa"/>
            <w:tcBorders>
              <w:top w:val="single" w:sz="12" w:space="0" w:color="auto"/>
            </w:tcBorders>
          </w:tcPr>
          <w:p w14:paraId="7E7B073C" w14:textId="77777777" w:rsidR="00975F20" w:rsidRDefault="00BE459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FP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cel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puțin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una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dintre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temele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secundare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aplicabile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descrisă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cel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puțin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concretă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contribuie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aceasta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623A8BC8" w14:textId="50D197D6" w:rsidR="00BE4597" w:rsidRPr="00883A5C" w:rsidRDefault="00BE4597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 xml:space="preserve">Tema 06 –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Combaterea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sărăciei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rândul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copiilor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sau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Tema 10 –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Abordarea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provocărilor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cadrul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semestrului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european</w:t>
            </w:r>
            <w:proofErr w:type="spellEnd"/>
          </w:p>
        </w:tc>
        <w:tc>
          <w:tcPr>
            <w:tcW w:w="1205" w:type="dxa"/>
            <w:tcBorders>
              <w:top w:val="single" w:sz="12" w:space="0" w:color="auto"/>
            </w:tcBorders>
            <w:vAlign w:val="center"/>
          </w:tcPr>
          <w:p w14:paraId="5DF6A530" w14:textId="5DF384CD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tcBorders>
              <w:top w:val="single" w:sz="2" w:space="0" w:color="auto"/>
            </w:tcBorders>
            <w:vAlign w:val="center"/>
          </w:tcPr>
          <w:p w14:paraId="5A2C0305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unic</w:t>
            </w:r>
            <w:proofErr w:type="spellEnd"/>
          </w:p>
        </w:tc>
        <w:tc>
          <w:tcPr>
            <w:tcW w:w="1053" w:type="dxa"/>
            <w:tcBorders>
              <w:top w:val="single" w:sz="2" w:space="0" w:color="auto"/>
            </w:tcBorders>
          </w:tcPr>
          <w:p w14:paraId="73D9C6F9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tcBorders>
              <w:top w:val="single" w:sz="2" w:space="0" w:color="auto"/>
            </w:tcBorders>
            <w:vAlign w:val="center"/>
          </w:tcPr>
          <w:p w14:paraId="3F0133B7" w14:textId="54FC7322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35F2DC9D" w14:textId="77777777" w:rsidTr="00D658D6">
        <w:trPr>
          <w:trHeight w:val="1319"/>
          <w:jc w:val="center"/>
        </w:trPr>
        <w:tc>
          <w:tcPr>
            <w:tcW w:w="715" w:type="dxa"/>
            <w:vMerge w:val="restart"/>
            <w:vAlign w:val="center"/>
          </w:tcPr>
          <w:p w14:paraId="5AC213F1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2452" w:type="dxa"/>
            <w:vMerge w:val="restart"/>
            <w:vAlign w:val="center"/>
          </w:tcPr>
          <w:p w14:paraId="744FE30C" w14:textId="77777777" w:rsidR="00D658D6" w:rsidRDefault="00D658D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Relevanța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partenerilor</w:t>
            </w:r>
            <w:proofErr w:type="spellEnd"/>
          </w:p>
          <w:p w14:paraId="5C35BE48" w14:textId="77777777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</w:p>
          <w:p w14:paraId="62E92ABC" w14:textId="4B5BC6F9" w:rsidR="00D658D6" w:rsidRDefault="00D658D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include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descrierea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clara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dupa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caz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partenerilor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rolului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utilitatii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relevantei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experientei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fiecarui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membru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parteneriatului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nevoile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identificate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tinta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obiectivele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</w:p>
          <w:p w14:paraId="6283F3D1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62B543B4" w14:textId="1973E63C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prezentate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rolurile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după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caz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ale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fiecărui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partener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descrise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distinct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corelate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asumate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</w:p>
        </w:tc>
        <w:tc>
          <w:tcPr>
            <w:tcW w:w="1205" w:type="dxa"/>
            <w:vAlign w:val="center"/>
          </w:tcPr>
          <w:p w14:paraId="7B2D8F02" w14:textId="52C6BB70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1DD44A1F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6CAB3D60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0FBBE2A7" w14:textId="04B346AE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65467134" w14:textId="77777777" w:rsidTr="00D658D6">
        <w:trPr>
          <w:trHeight w:val="1104"/>
          <w:jc w:val="center"/>
        </w:trPr>
        <w:tc>
          <w:tcPr>
            <w:tcW w:w="715" w:type="dxa"/>
            <w:vMerge/>
            <w:vAlign w:val="center"/>
          </w:tcPr>
          <w:p w14:paraId="4F991503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3EC7E4A3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59B252C" w14:textId="51BB4C88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demonstrată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experiență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relevantă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asumate</w:t>
            </w:r>
            <w:proofErr w:type="spellEnd"/>
          </w:p>
        </w:tc>
        <w:tc>
          <w:tcPr>
            <w:tcW w:w="1205" w:type="dxa"/>
            <w:vAlign w:val="center"/>
          </w:tcPr>
          <w:p w14:paraId="7BEDC84C" w14:textId="5D59EA09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6C29F81A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211FFE40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63699A04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728D7A72" w14:textId="77777777" w:rsidTr="00D658D6">
        <w:trPr>
          <w:trHeight w:val="1319"/>
          <w:jc w:val="center"/>
        </w:trPr>
        <w:tc>
          <w:tcPr>
            <w:tcW w:w="715" w:type="dxa"/>
            <w:vMerge/>
            <w:vAlign w:val="center"/>
          </w:tcPr>
          <w:p w14:paraId="5A71CB5B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5A933860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5CE69E4E" w14:textId="58CC52B4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resurse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umane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disponibile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adecvate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rolului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asumat</w:t>
            </w:r>
            <w:proofErr w:type="spellEnd"/>
          </w:p>
        </w:tc>
        <w:tc>
          <w:tcPr>
            <w:tcW w:w="1205" w:type="dxa"/>
            <w:vAlign w:val="center"/>
          </w:tcPr>
          <w:p w14:paraId="1653F19A" w14:textId="318D9B35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2D685D90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17DA3522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29350855" w14:textId="77777777" w:rsidR="00D658D6" w:rsidRPr="00883A5C" w:rsidRDefault="00D658D6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72FB3D46" w14:textId="77777777" w:rsidTr="00EB5180">
        <w:trPr>
          <w:trHeight w:val="1056"/>
          <w:jc w:val="center"/>
        </w:trPr>
        <w:tc>
          <w:tcPr>
            <w:tcW w:w="715" w:type="dxa"/>
            <w:vMerge w:val="restart"/>
            <w:vAlign w:val="center"/>
          </w:tcPr>
          <w:p w14:paraId="41063280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1.6</w:t>
            </w:r>
          </w:p>
        </w:tc>
        <w:tc>
          <w:tcPr>
            <w:tcW w:w="2452" w:type="dxa"/>
            <w:vMerge w:val="restart"/>
            <w:vAlign w:val="center"/>
          </w:tcPr>
          <w:p w14:paraId="35031FC7" w14:textId="77777777" w:rsidR="00EB5180" w:rsidRDefault="00EB5180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A42A0">
              <w:rPr>
                <w:rFonts w:ascii="Times New Roman" w:hAnsi="Times New Roman" w:cs="Times New Roman"/>
                <w:b/>
                <w:bCs/>
                <w:sz w:val="22"/>
              </w:rPr>
              <w:t xml:space="preserve">P4 – </w:t>
            </w:r>
            <w:proofErr w:type="spellStart"/>
            <w:r w:rsidRPr="000A42A0">
              <w:rPr>
                <w:rFonts w:ascii="Times New Roman" w:hAnsi="Times New Roman" w:cs="Times New Roman"/>
                <w:b/>
                <w:bCs/>
                <w:sz w:val="22"/>
              </w:rPr>
              <w:t>Dimensiunea</w:t>
            </w:r>
            <w:proofErr w:type="spellEnd"/>
            <w:r w:rsidRPr="000A42A0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0A42A0">
              <w:rPr>
                <w:rFonts w:ascii="Times New Roman" w:hAnsi="Times New Roman" w:cs="Times New Roman"/>
                <w:b/>
                <w:bCs/>
                <w:sz w:val="22"/>
              </w:rPr>
              <w:t>acoperirii</w:t>
            </w:r>
            <w:proofErr w:type="spellEnd"/>
            <w:r w:rsidRPr="000A42A0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0A42A0">
              <w:rPr>
                <w:rFonts w:ascii="Times New Roman" w:hAnsi="Times New Roman" w:cs="Times New Roman"/>
                <w:b/>
                <w:bCs/>
                <w:sz w:val="22"/>
              </w:rPr>
              <w:t>teritoriale</w:t>
            </w:r>
            <w:proofErr w:type="spellEnd"/>
          </w:p>
          <w:p w14:paraId="4E61800B" w14:textId="77777777" w:rsidR="00051EDD" w:rsidRDefault="00051ED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25CC2C92" w14:textId="53E6F2BA" w:rsidR="00EB5180" w:rsidRPr="000A42A0" w:rsidRDefault="00EB5180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 xml:space="preserve">Se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evaluează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dimensiunea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acoperirii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teritoriale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asumate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vederea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prioritizării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lastRenderedPageBreak/>
              <w:t xml:space="preserve">care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asigură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accesul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dintr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-un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număr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mai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mare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localități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teritoriul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GAL Valea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Trotușului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494" w:type="dxa"/>
          </w:tcPr>
          <w:p w14:paraId="34094FB0" w14:textId="0B8CB5D6" w:rsidR="00EB5180" w:rsidRPr="00051EDD" w:rsidRDefault="00EB518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lastRenderedPageBreak/>
              <w:t>P</w:t>
            </w:r>
            <w:r w:rsidRPr="00051EDD">
              <w:rPr>
                <w:rFonts w:ascii="Times New Roman" w:hAnsi="Times New Roman" w:cs="Times New Roman"/>
                <w:sz w:val="22"/>
              </w:rPr>
              <w:t>roiectul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vizează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grup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din 1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localitate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(UAT)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eligibilă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teritoriul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GAL</w:t>
            </w:r>
          </w:p>
        </w:tc>
        <w:tc>
          <w:tcPr>
            <w:tcW w:w="1205" w:type="dxa"/>
            <w:vAlign w:val="center"/>
          </w:tcPr>
          <w:p w14:paraId="24D6AF3D" w14:textId="76DB782F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5B0D749A" w14:textId="05BD09F3" w:rsidR="00EB5180" w:rsidRPr="00883A5C" w:rsidRDefault="00AA299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disjunctiv</w:t>
            </w:r>
            <w:proofErr w:type="spellEnd"/>
          </w:p>
        </w:tc>
        <w:tc>
          <w:tcPr>
            <w:tcW w:w="1053" w:type="dxa"/>
            <w:vMerge w:val="restart"/>
          </w:tcPr>
          <w:p w14:paraId="455ED687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7B687FC9" w14:textId="005E869D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2A14F831" w14:textId="77777777" w:rsidTr="00D658D6">
        <w:trPr>
          <w:trHeight w:val="1056"/>
          <w:jc w:val="center"/>
        </w:trPr>
        <w:tc>
          <w:tcPr>
            <w:tcW w:w="715" w:type="dxa"/>
            <w:vMerge/>
            <w:vAlign w:val="center"/>
          </w:tcPr>
          <w:p w14:paraId="2EB332C8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2BAFDF46" w14:textId="77777777" w:rsidR="00EB5180" w:rsidRPr="000A42A0" w:rsidRDefault="00EB5180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15155840" w14:textId="4BD8B973" w:rsidR="00EB5180" w:rsidRPr="00051EDD" w:rsidRDefault="00EB518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P</w:t>
            </w:r>
            <w:r w:rsidRPr="00051EDD">
              <w:rPr>
                <w:rFonts w:ascii="Times New Roman" w:hAnsi="Times New Roman" w:cs="Times New Roman"/>
                <w:sz w:val="22"/>
              </w:rPr>
              <w:t>roiectul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vizează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grup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din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2–4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localități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(UAT)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</w:p>
        </w:tc>
        <w:tc>
          <w:tcPr>
            <w:tcW w:w="1205" w:type="dxa"/>
            <w:vAlign w:val="center"/>
          </w:tcPr>
          <w:p w14:paraId="6EE73E3A" w14:textId="3C9B482E" w:rsidR="00EB5180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384B3301" w14:textId="77777777" w:rsidR="00EB5180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37F071A0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E43CCD0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77CAD86C" w14:textId="77777777" w:rsidTr="00D658D6">
        <w:trPr>
          <w:trHeight w:val="1056"/>
          <w:jc w:val="center"/>
        </w:trPr>
        <w:tc>
          <w:tcPr>
            <w:tcW w:w="715" w:type="dxa"/>
            <w:vMerge/>
            <w:vAlign w:val="center"/>
          </w:tcPr>
          <w:p w14:paraId="01824539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7DA651E0" w14:textId="77777777" w:rsidR="00EB5180" w:rsidRPr="000A42A0" w:rsidRDefault="00EB5180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70A00B17" w14:textId="19A8DA30" w:rsidR="00EB5180" w:rsidRPr="00051EDD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P</w:t>
            </w:r>
            <w:r w:rsidRPr="00051EDD">
              <w:rPr>
                <w:rFonts w:ascii="Times New Roman" w:hAnsi="Times New Roman" w:cs="Times New Roman"/>
                <w:sz w:val="22"/>
              </w:rPr>
              <w:t>roiectul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vizează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grup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051EDD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 din</w:t>
            </w:r>
            <w:proofErr w:type="gram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mai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mult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de 4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localități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 xml:space="preserve"> (UAT) </w:t>
            </w:r>
            <w:proofErr w:type="spellStart"/>
            <w:r w:rsidRPr="00051EDD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  <w:r w:rsidRPr="00051EDD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05" w:type="dxa"/>
            <w:vAlign w:val="center"/>
          </w:tcPr>
          <w:p w14:paraId="46D65B61" w14:textId="7DC7144A" w:rsidR="00EB5180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Merge/>
            <w:vAlign w:val="center"/>
          </w:tcPr>
          <w:p w14:paraId="287C72FA" w14:textId="77777777" w:rsidR="00EB5180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4953B963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2BFBD944" w14:textId="77777777" w:rsidR="00EB5180" w:rsidRPr="00883A5C" w:rsidRDefault="00EB518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B149CE" w:rsidRPr="00883A5C" w14:paraId="12F72220" w14:textId="77777777" w:rsidTr="00051EDD">
        <w:trPr>
          <w:jc w:val="center"/>
        </w:trPr>
        <w:tc>
          <w:tcPr>
            <w:tcW w:w="5661" w:type="dxa"/>
            <w:gridSpan w:val="3"/>
            <w:shd w:val="clear" w:color="auto" w:fill="DAEEF3" w:themeFill="accent5" w:themeFillTint="33"/>
            <w:vAlign w:val="center"/>
          </w:tcPr>
          <w:p w14:paraId="3A27F2C9" w14:textId="77777777" w:rsidR="00051EDD" w:rsidRDefault="00051EDD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2.</w:t>
            </w:r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EFICACITATEA – </w:t>
            </w:r>
            <w:proofErr w:type="spellStart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>masura</w:t>
            </w:r>
            <w:proofErr w:type="spellEnd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 xml:space="preserve"> in care </w:t>
            </w:r>
            <w:proofErr w:type="spellStart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>proiectul</w:t>
            </w:r>
            <w:proofErr w:type="spellEnd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>contribuie</w:t>
            </w:r>
            <w:proofErr w:type="spellEnd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 xml:space="preserve"> la </w:t>
            </w:r>
            <w:proofErr w:type="spellStart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>atingerea</w:t>
            </w:r>
            <w:proofErr w:type="spellEnd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>obiectivelor</w:t>
            </w:r>
            <w:proofErr w:type="spellEnd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>propuse</w:t>
            </w:r>
            <w:proofErr w:type="spellEnd"/>
            <w:r w:rsidRPr="0090055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68F899E7" w14:textId="6CDDB413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05" w:type="dxa"/>
            <w:shd w:val="clear" w:color="auto" w:fill="DAEEF3" w:themeFill="accent5" w:themeFillTint="33"/>
            <w:vAlign w:val="center"/>
          </w:tcPr>
          <w:p w14:paraId="70275DB6" w14:textId="77777777" w:rsidR="00051EDD" w:rsidRDefault="00051EDD" w:rsidP="000B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Max. 30</w:t>
            </w:r>
          </w:p>
          <w:p w14:paraId="24352ACE" w14:textId="31430116" w:rsidR="00051EDD" w:rsidRPr="00883A5C" w:rsidRDefault="00051EDD" w:rsidP="00051E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Min. 21</w:t>
            </w:r>
          </w:p>
        </w:tc>
        <w:tc>
          <w:tcPr>
            <w:tcW w:w="1096" w:type="dxa"/>
            <w:shd w:val="clear" w:color="auto" w:fill="DAEEF3" w:themeFill="accent5" w:themeFillTint="33"/>
            <w:vAlign w:val="center"/>
          </w:tcPr>
          <w:p w14:paraId="26B7EC4A" w14:textId="77777777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shd w:val="clear" w:color="auto" w:fill="DAEEF3" w:themeFill="accent5" w:themeFillTint="33"/>
          </w:tcPr>
          <w:p w14:paraId="78F0A959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shd w:val="clear" w:color="auto" w:fill="DAEEF3" w:themeFill="accent5" w:themeFillTint="33"/>
            <w:vAlign w:val="center"/>
          </w:tcPr>
          <w:p w14:paraId="439DACB3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7E524EBB" w14:textId="77777777" w:rsidTr="00051EDD">
        <w:trPr>
          <w:trHeight w:val="1056"/>
          <w:jc w:val="center"/>
        </w:trPr>
        <w:tc>
          <w:tcPr>
            <w:tcW w:w="715" w:type="dxa"/>
            <w:vMerge w:val="restart"/>
            <w:vAlign w:val="center"/>
          </w:tcPr>
          <w:p w14:paraId="73755FE4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2.1</w:t>
            </w:r>
          </w:p>
        </w:tc>
        <w:tc>
          <w:tcPr>
            <w:tcW w:w="2452" w:type="dxa"/>
            <w:vMerge w:val="restart"/>
            <w:vAlign w:val="center"/>
          </w:tcPr>
          <w:p w14:paraId="6E4F2948" w14:textId="0D7A0ED3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Corelarea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indicatorilor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realizare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322C2408" w14:textId="77777777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</w:p>
          <w:p w14:paraId="0F19C9AD" w14:textId="540F3D5F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Indicatorii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realizare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direct al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tintele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realiste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cuantificate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conduc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indeplinirea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obiectivelor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</w:p>
          <w:p w14:paraId="1FAE482B" w14:textId="77777777" w:rsidR="00051EDD" w:rsidRDefault="00051EDD">
            <w:pPr>
              <w:rPr>
                <w:rFonts w:ascii="Times New Roman" w:hAnsi="Times New Roman" w:cs="Times New Roman"/>
                <w:sz w:val="22"/>
              </w:rPr>
            </w:pPr>
          </w:p>
          <w:p w14:paraId="78ECA137" w14:textId="77777777" w:rsidR="00051EDD" w:rsidRPr="00883A5C" w:rsidRDefault="00051EDD" w:rsidP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7B46C9DD" w14:textId="4B299F1F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Există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corelație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între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indicatorii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realizare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(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natură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ținte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),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activităţi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grupul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ţintă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după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caz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>, (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natură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dimensiune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)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obiectivele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05" w:type="dxa"/>
            <w:vAlign w:val="center"/>
          </w:tcPr>
          <w:p w14:paraId="28F1B0B2" w14:textId="16CA54AB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Merge w:val="restart"/>
            <w:vAlign w:val="center"/>
          </w:tcPr>
          <w:p w14:paraId="5B145DED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0A425919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0D25CDBC" w14:textId="0943D4AB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1F9C63E2" w14:textId="77777777" w:rsidTr="00D658D6">
        <w:trPr>
          <w:trHeight w:val="1056"/>
          <w:jc w:val="center"/>
        </w:trPr>
        <w:tc>
          <w:tcPr>
            <w:tcW w:w="715" w:type="dxa"/>
            <w:vMerge/>
            <w:vAlign w:val="center"/>
          </w:tcPr>
          <w:p w14:paraId="254AEA0E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4601E5A4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51D39427" w14:textId="6A500B52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Activitățile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desfășurate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având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vedere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utilizate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(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financiare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umane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),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contribuie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mod direct la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atingerea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indicatorilor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realizare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propuși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74698"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 w:rsidRPr="00974698">
              <w:rPr>
                <w:rFonts w:ascii="Times New Roman" w:hAnsi="Times New Roman" w:cs="Times New Roman"/>
                <w:sz w:val="22"/>
              </w:rPr>
              <w:t>;</w:t>
            </w:r>
          </w:p>
        </w:tc>
        <w:tc>
          <w:tcPr>
            <w:tcW w:w="1205" w:type="dxa"/>
            <w:vAlign w:val="center"/>
          </w:tcPr>
          <w:p w14:paraId="3CE77243" w14:textId="365B30F8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Merge/>
            <w:vAlign w:val="center"/>
          </w:tcPr>
          <w:p w14:paraId="161742DE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156CFFEA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1A26F81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635B434B" w14:textId="77777777" w:rsidTr="00D658D6">
        <w:trPr>
          <w:trHeight w:val="1056"/>
          <w:jc w:val="center"/>
        </w:trPr>
        <w:tc>
          <w:tcPr>
            <w:tcW w:w="715" w:type="dxa"/>
            <w:vMerge/>
            <w:vAlign w:val="center"/>
          </w:tcPr>
          <w:p w14:paraId="4DB09B89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0B4BA6B9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7047B369" w14:textId="55C81EBE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</w:t>
            </w:r>
            <w:r w:rsidRPr="00883A5C">
              <w:rPr>
                <w:rFonts w:ascii="Times New Roman" w:hAnsi="Times New Roman" w:cs="Times New Roman"/>
                <w:sz w:val="22"/>
              </w:rPr>
              <w:t>alendarul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permite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atingerea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perioada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implementare</w:t>
            </w:r>
            <w:proofErr w:type="spellEnd"/>
          </w:p>
        </w:tc>
        <w:tc>
          <w:tcPr>
            <w:tcW w:w="1205" w:type="dxa"/>
            <w:vAlign w:val="center"/>
          </w:tcPr>
          <w:p w14:paraId="09BAC9CB" w14:textId="17249798" w:rsidR="00051EDD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Merge/>
            <w:vAlign w:val="center"/>
          </w:tcPr>
          <w:p w14:paraId="5DDC33F5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63C21538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27B4EFAB" w14:textId="77777777" w:rsidR="00051EDD" w:rsidRPr="00883A5C" w:rsidRDefault="00051ED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0C38C0C3" w14:textId="77777777" w:rsidTr="00031E53">
        <w:trPr>
          <w:trHeight w:val="1664"/>
          <w:jc w:val="center"/>
        </w:trPr>
        <w:tc>
          <w:tcPr>
            <w:tcW w:w="715" w:type="dxa"/>
            <w:vAlign w:val="center"/>
          </w:tcPr>
          <w:p w14:paraId="36A346EF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2.2</w:t>
            </w:r>
          </w:p>
        </w:tc>
        <w:tc>
          <w:tcPr>
            <w:tcW w:w="2452" w:type="dxa"/>
            <w:vAlign w:val="center"/>
          </w:tcPr>
          <w:p w14:paraId="30E500FD" w14:textId="5133799D" w:rsidR="00975F20" w:rsidRPr="00031E53" w:rsidRDefault="00975F20" w:rsidP="00031E53">
            <w:pPr>
              <w:rPr>
                <w:rFonts w:ascii="Times New Roman" w:hAnsi="Times New Roman" w:cs="Times New Roman"/>
                <w:color w:val="EE0000"/>
                <w:sz w:val="22"/>
              </w:rPr>
            </w:pP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Indicatorii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rezultat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imediat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31E53">
              <w:rPr>
                <w:rFonts w:ascii="Times New Roman" w:hAnsi="Times New Roman" w:cs="Times New Roman"/>
                <w:sz w:val="22"/>
              </w:rPr>
              <w:t>(</w:t>
            </w:r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6S1 </w:t>
            </w:r>
            <w:proofErr w:type="spell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Copii</w:t>
            </w:r>
            <w:proofErr w:type="spellEnd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 a </w:t>
            </w:r>
            <w:proofErr w:type="spell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caror</w:t>
            </w:r>
            <w:proofErr w:type="spellEnd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 </w:t>
            </w:r>
            <w:proofErr w:type="spell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situatie</w:t>
            </w:r>
            <w:proofErr w:type="spellEnd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 s-</w:t>
            </w:r>
            <w:proofErr w:type="gram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a</w:t>
            </w:r>
            <w:proofErr w:type="gramEnd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 </w:t>
            </w:r>
            <w:proofErr w:type="spell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ameliorat</w:t>
            </w:r>
            <w:proofErr w:type="spellEnd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 la </w:t>
            </w:r>
            <w:proofErr w:type="spell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iesirea</w:t>
            </w:r>
            <w:proofErr w:type="spellEnd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 xml:space="preserve"> din </w:t>
            </w:r>
            <w:proofErr w:type="spellStart"/>
            <w:r w:rsidR="00031E53" w:rsidRPr="00031E53">
              <w:rPr>
                <w:rFonts w:ascii="Times New Roman" w:hAnsi="Times New Roman" w:cs="Times New Roman"/>
                <w:i/>
                <w:iCs/>
                <w:sz w:val="22"/>
              </w:rPr>
              <w:t>operatiune</w:t>
            </w:r>
            <w:proofErr w:type="spellEnd"/>
            <w:r w:rsidR="00031E53">
              <w:rPr>
                <w:rFonts w:ascii="Times New Roman" w:hAnsi="Times New Roman" w:cs="Times New Roman"/>
                <w:color w:val="EE0000"/>
                <w:sz w:val="22"/>
              </w:rPr>
              <w:t xml:space="preserve">) </w:t>
            </w:r>
            <w:r w:rsidRPr="00ED19B9">
              <w:rPr>
                <w:rFonts w:ascii="Times New Roman" w:hAnsi="Times New Roman" w:cs="Times New Roman"/>
                <w:sz w:val="22"/>
              </w:rPr>
              <w:t xml:space="preserve">sunt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corelaţi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obiectivele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şi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conduc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îndeplinirea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obiectivelor</w:t>
            </w:r>
            <w:proofErr w:type="spellEnd"/>
            <w:r w:rsidRPr="00ED19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D19B9">
              <w:rPr>
                <w:rFonts w:ascii="Times New Roman" w:hAnsi="Times New Roman" w:cs="Times New Roman"/>
                <w:sz w:val="22"/>
              </w:rPr>
              <w:t>apelului</w:t>
            </w:r>
            <w:proofErr w:type="spellEnd"/>
            <w:r w:rsidR="00031E53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494" w:type="dxa"/>
          </w:tcPr>
          <w:p w14:paraId="55AC76FC" w14:textId="3EB3DA83" w:rsidR="00975F20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Exista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corelatie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intre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indicatorii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realizare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indicatorii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imediat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obiectivele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PIDS 2021-2027</w:t>
            </w:r>
          </w:p>
        </w:tc>
        <w:tc>
          <w:tcPr>
            <w:tcW w:w="1205" w:type="dxa"/>
            <w:vAlign w:val="center"/>
          </w:tcPr>
          <w:p w14:paraId="5C63AC4C" w14:textId="65BB189F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vAlign w:val="center"/>
          </w:tcPr>
          <w:p w14:paraId="76D5B6E6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unic</w:t>
            </w:r>
            <w:proofErr w:type="spellEnd"/>
          </w:p>
        </w:tc>
        <w:tc>
          <w:tcPr>
            <w:tcW w:w="1053" w:type="dxa"/>
          </w:tcPr>
          <w:p w14:paraId="543E8ED1" w14:textId="77777777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Align w:val="center"/>
          </w:tcPr>
          <w:p w14:paraId="65D735D3" w14:textId="2E60D7AB" w:rsidR="00975F20" w:rsidRPr="00883A5C" w:rsidRDefault="00975F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5D1F1F62" w14:textId="77777777" w:rsidTr="00031E53">
        <w:trPr>
          <w:trHeight w:val="706"/>
          <w:jc w:val="center"/>
        </w:trPr>
        <w:tc>
          <w:tcPr>
            <w:tcW w:w="715" w:type="dxa"/>
            <w:vMerge w:val="restart"/>
            <w:vAlign w:val="center"/>
          </w:tcPr>
          <w:p w14:paraId="7847BBE6" w14:textId="77777777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2452" w:type="dxa"/>
            <w:vMerge w:val="restart"/>
            <w:vAlign w:val="center"/>
          </w:tcPr>
          <w:p w14:paraId="6A4C970A" w14:textId="77777777" w:rsidR="00031E53" w:rsidRDefault="00031E5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 xml:space="preserve">P1 – </w:t>
            </w:r>
            <w:proofErr w:type="spellStart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>Indicatori</w:t>
            </w:r>
            <w:proofErr w:type="spellEnd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>și</w:t>
            </w:r>
            <w:proofErr w:type="spellEnd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>ținte</w:t>
            </w:r>
            <w:proofErr w:type="spellEnd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8342E1">
              <w:rPr>
                <w:rFonts w:ascii="Times New Roman" w:hAnsi="Times New Roman" w:cs="Times New Roman"/>
                <w:b/>
                <w:bCs/>
                <w:sz w:val="22"/>
              </w:rPr>
              <w:t>propuse</w:t>
            </w:r>
            <w:proofErr w:type="spellEnd"/>
          </w:p>
          <w:p w14:paraId="3EA3EF8A" w14:textId="77777777" w:rsidR="00031E53" w:rsidRDefault="00031E5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113BA0E0" w14:textId="1FBFEDA1" w:rsidR="00031E53" w:rsidRDefault="00031E5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</w:t>
            </w:r>
            <w:r w:rsidRPr="00883A5C">
              <w:rPr>
                <w:rFonts w:ascii="Times New Roman" w:hAnsi="Times New Roman" w:cs="Times New Roman"/>
                <w:sz w:val="22"/>
              </w:rPr>
              <w:t>ontribuția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atingerea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depășirea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minime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stabilite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 Ghidul</w:t>
            </w:r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GAL</w:t>
            </w:r>
          </w:p>
          <w:p w14:paraId="73005632" w14:textId="77777777" w:rsidR="00031E53" w:rsidRPr="008342E1" w:rsidRDefault="00031E5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20E8FB6D" w14:textId="2B0CCF16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asumata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93923">
              <w:rPr>
                <w:rFonts w:ascii="Times New Roman" w:hAnsi="Times New Roman" w:cs="Times New Roman"/>
                <w:sz w:val="22"/>
              </w:rPr>
              <w:t>indicatorului</w:t>
            </w:r>
            <w:proofErr w:type="spellEnd"/>
            <w:r w:rsidR="00693923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="00693923">
              <w:rPr>
                <w:rFonts w:ascii="Times New Roman" w:hAnsi="Times New Roman" w:cs="Times New Roman"/>
                <w:sz w:val="22"/>
              </w:rPr>
              <w:t>rezultat</w:t>
            </w:r>
            <w:proofErr w:type="spellEnd"/>
            <w:r w:rsidR="0069392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93923" w:rsidRP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EECO01 – </w:t>
            </w:r>
            <w:proofErr w:type="spellStart"/>
            <w:r w:rsidR="00693923" w:rsidRPr="00693923">
              <w:rPr>
                <w:rFonts w:ascii="Times New Roman" w:hAnsi="Times New Roman" w:cs="Times New Roman"/>
                <w:i/>
                <w:iCs/>
                <w:sz w:val="22"/>
              </w:rPr>
              <w:t>Numar</w:t>
            </w:r>
            <w:proofErr w:type="spellEnd"/>
            <w:r w:rsidR="00693923" w:rsidRP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 total de </w:t>
            </w:r>
            <w:r w:rsid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participant </w:t>
            </w:r>
            <w:proofErr w:type="spellStart"/>
            <w:r w:rsidR="00693923" w:rsidRPr="00693923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 </w:t>
            </w:r>
            <w:r w:rsidR="00693923" w:rsidRPr="00693923">
              <w:rPr>
                <w:rFonts w:ascii="Times New Roman" w:hAnsi="Times New Roman" w:cs="Times New Roman"/>
                <w:sz w:val="22"/>
              </w:rPr>
              <w:t xml:space="preserve">egal </w:t>
            </w:r>
            <w:proofErr w:type="gramStart"/>
            <w:r w:rsidR="00693923" w:rsidRPr="00693923">
              <w:rPr>
                <w:rFonts w:ascii="Times New Roman" w:hAnsi="Times New Roman" w:cs="Times New Roman"/>
                <w:sz w:val="22"/>
              </w:rPr>
              <w:t xml:space="preserve">cu </w:t>
            </w:r>
            <w:r w:rsidRP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ținta</w:t>
            </w:r>
            <w:proofErr w:type="spellEnd"/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minimă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obligatorie</w:t>
            </w:r>
            <w:proofErr w:type="spellEnd"/>
            <w:r w:rsid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93923">
              <w:rPr>
                <w:rFonts w:ascii="Times New Roman" w:hAnsi="Times New Roman" w:cs="Times New Roman"/>
                <w:sz w:val="22"/>
              </w:rPr>
              <w:t>stabilita</w:t>
            </w:r>
            <w:proofErr w:type="spellEnd"/>
            <w:r w:rsid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93923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="00693923">
              <w:rPr>
                <w:rFonts w:ascii="Times New Roman" w:hAnsi="Times New Roman" w:cs="Times New Roman"/>
                <w:sz w:val="22"/>
              </w:rPr>
              <w:t xml:space="preserve"> Ghidul GAL</w:t>
            </w:r>
          </w:p>
        </w:tc>
        <w:tc>
          <w:tcPr>
            <w:tcW w:w="1205" w:type="dxa"/>
            <w:vAlign w:val="center"/>
          </w:tcPr>
          <w:p w14:paraId="6EF7AEE0" w14:textId="4E8B1F1A" w:rsidR="00031E53" w:rsidRPr="00883A5C" w:rsidRDefault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096" w:type="dxa"/>
            <w:vMerge w:val="restart"/>
            <w:vAlign w:val="center"/>
          </w:tcPr>
          <w:p w14:paraId="2EFCCB2D" w14:textId="2EDC42E5" w:rsidR="00031E53" w:rsidRPr="00883A5C" w:rsidRDefault="00AA299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disjunctiv</w:t>
            </w:r>
            <w:proofErr w:type="spellEnd"/>
          </w:p>
        </w:tc>
        <w:tc>
          <w:tcPr>
            <w:tcW w:w="1053" w:type="dxa"/>
            <w:vMerge w:val="restart"/>
          </w:tcPr>
          <w:p w14:paraId="4DED34FD" w14:textId="77777777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3DFAE48F" w14:textId="7EF9BDA4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666924FF" w14:textId="77777777" w:rsidTr="00D658D6">
        <w:trPr>
          <w:trHeight w:val="705"/>
          <w:jc w:val="center"/>
        </w:trPr>
        <w:tc>
          <w:tcPr>
            <w:tcW w:w="715" w:type="dxa"/>
            <w:vMerge/>
            <w:vAlign w:val="center"/>
          </w:tcPr>
          <w:p w14:paraId="4A70108C" w14:textId="77777777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4837AB38" w14:textId="77777777" w:rsidR="00031E53" w:rsidRPr="008342E1" w:rsidRDefault="00031E5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1AB04D73" w14:textId="2CFA5368" w:rsidR="00031E53" w:rsidRPr="00883A5C" w:rsidRDefault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asumata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indicatorului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EECO01 – </w:t>
            </w:r>
            <w:proofErr w:type="spellStart"/>
            <w:r w:rsidRPr="00693923">
              <w:rPr>
                <w:rFonts w:ascii="Times New Roman" w:hAnsi="Times New Roman" w:cs="Times New Roman"/>
                <w:i/>
                <w:iCs/>
                <w:sz w:val="22"/>
              </w:rPr>
              <w:t>Numar</w:t>
            </w:r>
            <w:proofErr w:type="spellEnd"/>
            <w:r w:rsidRP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 total de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</w:rPr>
              <w:t xml:space="preserve">participant </w:t>
            </w:r>
            <w:r w:rsidRP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 xml:space="preserve"> 1%</w:t>
            </w:r>
            <w:r w:rsidR="000F1CA2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="000F1CA2">
              <w:rPr>
                <w:rFonts w:ascii="Times New Roman" w:hAnsi="Times New Roman" w:cs="Times New Roman"/>
                <w:sz w:val="22"/>
              </w:rPr>
              <w:t>dar</w:t>
            </w:r>
            <w:proofErr w:type="spellEnd"/>
            <w:r w:rsidR="000F1CA2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F1CA2">
              <w:rPr>
                <w:rFonts w:ascii="Times New Roman" w:hAnsi="Times New Roman" w:cs="Times New Roman"/>
                <w:sz w:val="22"/>
              </w:rPr>
              <w:t>˂</w:t>
            </w:r>
            <w:proofErr w:type="gramEnd"/>
            <w:r w:rsidR="000F1CA2">
              <w:rPr>
                <w:rFonts w:ascii="Times New Roman" w:hAnsi="Times New Roman" w:cs="Times New Roman"/>
                <w:sz w:val="22"/>
              </w:rPr>
              <w:t xml:space="preserve"> 2% </w:t>
            </w:r>
            <w:r>
              <w:rPr>
                <w:rFonts w:ascii="Times New Roman" w:hAnsi="Times New Roman" w:cs="Times New Roman"/>
                <w:sz w:val="22"/>
              </w:rPr>
              <w:t xml:space="preserve">fata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 xml:space="preserve">de </w:t>
            </w:r>
            <w:r w:rsidRP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ținta</w:t>
            </w:r>
            <w:proofErr w:type="spellEnd"/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minimă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obligatorie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stabilita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Ghidul GAL</w:t>
            </w:r>
          </w:p>
        </w:tc>
        <w:tc>
          <w:tcPr>
            <w:tcW w:w="1205" w:type="dxa"/>
            <w:vAlign w:val="center"/>
          </w:tcPr>
          <w:p w14:paraId="789800E7" w14:textId="34C0C289" w:rsidR="00031E53" w:rsidRPr="00883A5C" w:rsidRDefault="000F1CA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7A678CBC" w14:textId="77777777" w:rsidR="00031E53" w:rsidRDefault="00031E5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718EFB02" w14:textId="77777777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5407F87" w14:textId="77777777" w:rsidR="00031E53" w:rsidRPr="00883A5C" w:rsidRDefault="00031E5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70C9B4B4" w14:textId="77777777" w:rsidTr="00D658D6">
        <w:trPr>
          <w:trHeight w:val="705"/>
          <w:jc w:val="center"/>
        </w:trPr>
        <w:tc>
          <w:tcPr>
            <w:tcW w:w="715" w:type="dxa"/>
            <w:vMerge/>
            <w:vAlign w:val="center"/>
          </w:tcPr>
          <w:p w14:paraId="6ABD4B5C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7B010ADE" w14:textId="77777777" w:rsidR="00693923" w:rsidRPr="008342E1" w:rsidRDefault="00693923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720AEFEA" w14:textId="35589664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asumata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indicatorului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EECO01 – </w:t>
            </w:r>
            <w:proofErr w:type="spellStart"/>
            <w:r w:rsidRPr="00693923">
              <w:rPr>
                <w:rFonts w:ascii="Times New Roman" w:hAnsi="Times New Roman" w:cs="Times New Roman"/>
                <w:i/>
                <w:iCs/>
                <w:sz w:val="22"/>
              </w:rPr>
              <w:t>Numar</w:t>
            </w:r>
            <w:proofErr w:type="spellEnd"/>
            <w:r w:rsidRPr="00693923">
              <w:rPr>
                <w:rFonts w:ascii="Times New Roman" w:hAnsi="Times New Roman" w:cs="Times New Roman"/>
                <w:i/>
                <w:iCs/>
                <w:sz w:val="22"/>
              </w:rPr>
              <w:t xml:space="preserve"> total de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</w:rPr>
              <w:t xml:space="preserve">participant </w:t>
            </w:r>
            <w:r w:rsidRP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 ≥ </w:t>
            </w:r>
            <w:r w:rsidR="000F1CA2">
              <w:rPr>
                <w:rFonts w:ascii="Times New Roman" w:hAnsi="Times New Roman" w:cs="Times New Roman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% fata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 xml:space="preserve">de </w:t>
            </w:r>
            <w:r w:rsidRPr="0069392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ținta</w:t>
            </w:r>
            <w:proofErr w:type="spellEnd"/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minimă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obligatorie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stabilita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Ghidul GAL</w:t>
            </w:r>
          </w:p>
        </w:tc>
        <w:tc>
          <w:tcPr>
            <w:tcW w:w="1205" w:type="dxa"/>
            <w:vAlign w:val="center"/>
          </w:tcPr>
          <w:p w14:paraId="28A2DB38" w14:textId="61F3C727" w:rsidR="00693923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Merge/>
            <w:vAlign w:val="center"/>
          </w:tcPr>
          <w:p w14:paraId="0AC0CCE3" w14:textId="77777777" w:rsidR="00693923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2180D644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66A8B236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6645B0D6" w14:textId="77777777" w:rsidTr="000F1CA2">
        <w:trPr>
          <w:trHeight w:val="1321"/>
          <w:jc w:val="center"/>
        </w:trPr>
        <w:tc>
          <w:tcPr>
            <w:tcW w:w="715" w:type="dxa"/>
            <w:vMerge w:val="restart"/>
            <w:vAlign w:val="center"/>
          </w:tcPr>
          <w:p w14:paraId="0E03DFDA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lastRenderedPageBreak/>
              <w:t>2.4</w:t>
            </w:r>
          </w:p>
        </w:tc>
        <w:tc>
          <w:tcPr>
            <w:tcW w:w="2452" w:type="dxa"/>
            <w:vMerge w:val="restart"/>
            <w:vAlign w:val="center"/>
          </w:tcPr>
          <w:p w14:paraId="45AF5B3A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recrutarea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</w:p>
        </w:tc>
        <w:tc>
          <w:tcPr>
            <w:tcW w:w="2494" w:type="dxa"/>
          </w:tcPr>
          <w:p w14:paraId="66DEC0C1" w14:textId="4962BF54" w:rsidR="000F1CA2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precizate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sursele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criteriile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pașii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selecție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recrutare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tinta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60F76508" w14:textId="6C52D28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05" w:type="dxa"/>
            <w:vAlign w:val="center"/>
          </w:tcPr>
          <w:p w14:paraId="734BA047" w14:textId="75DA942A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3750A653" w14:textId="10381983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1F98C926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7ACB59EC" w14:textId="2016A3DB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24955EDA" w14:textId="77777777" w:rsidTr="00D658D6">
        <w:trPr>
          <w:trHeight w:val="1321"/>
          <w:jc w:val="center"/>
        </w:trPr>
        <w:tc>
          <w:tcPr>
            <w:tcW w:w="715" w:type="dxa"/>
            <w:vMerge/>
            <w:vAlign w:val="center"/>
          </w:tcPr>
          <w:p w14:paraId="7B88BE04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47EE9DDB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282AC4E2" w14:textId="19D25208" w:rsidR="000F1CA2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precizate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responsabilitățile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actorii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implicați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documentele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se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dovedește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eligibilitatea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</w:p>
        </w:tc>
        <w:tc>
          <w:tcPr>
            <w:tcW w:w="1205" w:type="dxa"/>
            <w:vAlign w:val="center"/>
          </w:tcPr>
          <w:p w14:paraId="0BCFE247" w14:textId="5D72F66F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41287EE8" w14:textId="77777777" w:rsidR="000F1CA2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49995E33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BBFB527" w14:textId="77777777" w:rsidR="000F1CA2" w:rsidRPr="00883A5C" w:rsidRDefault="000F1CA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66C5B953" w14:textId="77777777" w:rsidTr="00537AEC">
        <w:trPr>
          <w:trHeight w:val="789"/>
          <w:jc w:val="center"/>
        </w:trPr>
        <w:tc>
          <w:tcPr>
            <w:tcW w:w="715" w:type="dxa"/>
            <w:vMerge w:val="restart"/>
            <w:vAlign w:val="center"/>
          </w:tcPr>
          <w:p w14:paraId="1A9DF68F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2.5</w:t>
            </w:r>
          </w:p>
        </w:tc>
        <w:tc>
          <w:tcPr>
            <w:tcW w:w="2452" w:type="dxa"/>
            <w:vMerge w:val="restart"/>
            <w:vAlign w:val="center"/>
          </w:tcPr>
          <w:p w14:paraId="003BD68D" w14:textId="1BEDBE91" w:rsidR="00537AE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adăugată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01DFCED6" w14:textId="77777777" w:rsidR="00537AE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3908863F" w14:textId="7B2F2743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prezinta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adăugată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teritoriul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GAL</w:t>
            </w:r>
          </w:p>
        </w:tc>
        <w:tc>
          <w:tcPr>
            <w:tcW w:w="2494" w:type="dxa"/>
          </w:tcPr>
          <w:p w14:paraId="2806381F" w14:textId="565164F4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descrise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beneficii</w:t>
            </w:r>
            <w:r>
              <w:rPr>
                <w:rFonts w:ascii="Times New Roman" w:hAnsi="Times New Roman" w:cs="Times New Roman"/>
                <w:sz w:val="22"/>
              </w:rPr>
              <w:t>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concrete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ca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urmare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</w:p>
        </w:tc>
        <w:tc>
          <w:tcPr>
            <w:tcW w:w="1205" w:type="dxa"/>
            <w:vAlign w:val="center"/>
          </w:tcPr>
          <w:p w14:paraId="1712DE81" w14:textId="0B9ADA0F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49EEB682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416C37CE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43531E7F" w14:textId="4369804F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02077966" w14:textId="77777777" w:rsidTr="00D658D6">
        <w:trPr>
          <w:trHeight w:val="789"/>
          <w:jc w:val="center"/>
        </w:trPr>
        <w:tc>
          <w:tcPr>
            <w:tcW w:w="715" w:type="dxa"/>
            <w:vMerge/>
            <w:vAlign w:val="center"/>
          </w:tcPr>
          <w:p w14:paraId="10E07D87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0F3C61CA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A802946" w14:textId="7772490D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ste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descris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efectul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impactul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așteptat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modul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acesta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poate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fi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observat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sau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măsurat</w:t>
            </w:r>
            <w:proofErr w:type="spellEnd"/>
          </w:p>
        </w:tc>
        <w:tc>
          <w:tcPr>
            <w:tcW w:w="1205" w:type="dxa"/>
            <w:vAlign w:val="center"/>
          </w:tcPr>
          <w:p w14:paraId="41BC2052" w14:textId="76696F3B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6930C4F9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0F0186D6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489E7551" w14:textId="77777777" w:rsidR="00537AEC" w:rsidRPr="00883A5C" w:rsidRDefault="00537A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245BC937" w14:textId="77777777" w:rsidTr="00D658D6">
        <w:trPr>
          <w:jc w:val="center"/>
        </w:trPr>
        <w:tc>
          <w:tcPr>
            <w:tcW w:w="715" w:type="dxa"/>
            <w:vAlign w:val="center"/>
          </w:tcPr>
          <w:p w14:paraId="4A639CBD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2.6</w:t>
            </w:r>
          </w:p>
        </w:tc>
        <w:tc>
          <w:tcPr>
            <w:tcW w:w="2452" w:type="dxa"/>
            <w:vAlign w:val="center"/>
          </w:tcPr>
          <w:p w14:paraId="7CE92E39" w14:textId="77777777" w:rsidR="00693923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Monitorizarea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</w:p>
          <w:p w14:paraId="30E31875" w14:textId="77777777" w:rsidR="00BF074C" w:rsidRDefault="00BF074C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6A80D49A" w14:textId="71425C9E" w:rsidR="00BF074C" w:rsidRPr="00883A5C" w:rsidRDefault="00BF074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</w:t>
            </w:r>
            <w:r w:rsidRPr="00883A5C">
              <w:rPr>
                <w:rFonts w:ascii="Times New Roman" w:hAnsi="Times New Roman" w:cs="Times New Roman"/>
                <w:sz w:val="22"/>
              </w:rPr>
              <w:t>roiectul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prevede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un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sistem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adecvat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monitorizare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internă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permite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urmărirea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indicatorilor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494" w:type="dxa"/>
          </w:tcPr>
          <w:p w14:paraId="51EADB5F" w14:textId="5563D98D" w:rsidR="00693923" w:rsidRPr="00883A5C" w:rsidRDefault="00BF074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stabiliti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responsabilii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monitorizării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instrumentele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sursele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date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modalitatea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urmărire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883A5C"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indicatorilor</w:t>
            </w:r>
            <w:proofErr w:type="spellEnd"/>
          </w:p>
        </w:tc>
        <w:tc>
          <w:tcPr>
            <w:tcW w:w="1205" w:type="dxa"/>
            <w:vAlign w:val="center"/>
          </w:tcPr>
          <w:p w14:paraId="6B68FEE5" w14:textId="11A3BF34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Align w:val="center"/>
          </w:tcPr>
          <w:p w14:paraId="3607870F" w14:textId="4E56C14C" w:rsidR="00693923" w:rsidRPr="00883A5C" w:rsidRDefault="00BF074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unic</w:t>
            </w:r>
            <w:proofErr w:type="spellEnd"/>
          </w:p>
        </w:tc>
        <w:tc>
          <w:tcPr>
            <w:tcW w:w="1053" w:type="dxa"/>
          </w:tcPr>
          <w:p w14:paraId="4540AA9F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Align w:val="center"/>
          </w:tcPr>
          <w:p w14:paraId="3840ADE4" w14:textId="6FA5C342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61481ACF" w14:textId="77777777" w:rsidTr="000B56F8">
        <w:trPr>
          <w:trHeight w:val="969"/>
          <w:jc w:val="center"/>
        </w:trPr>
        <w:tc>
          <w:tcPr>
            <w:tcW w:w="715" w:type="dxa"/>
            <w:vMerge w:val="restart"/>
            <w:vAlign w:val="center"/>
          </w:tcPr>
          <w:p w14:paraId="7042FE19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2.7</w:t>
            </w:r>
          </w:p>
        </w:tc>
        <w:tc>
          <w:tcPr>
            <w:tcW w:w="2452" w:type="dxa"/>
            <w:vMerge w:val="restart"/>
            <w:vAlign w:val="center"/>
          </w:tcPr>
          <w:p w14:paraId="786D08F8" w14:textId="504026FC" w:rsidR="000B56F8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Riscuri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gestionare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acestora</w:t>
            </w:r>
            <w:proofErr w:type="spellEnd"/>
          </w:p>
          <w:p w14:paraId="722509F5" w14:textId="77777777" w:rsidR="000B56F8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551AEAFC" w14:textId="7C0DBE13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riscurile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relevante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pot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afecta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atingerea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obiectivelor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dacă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realiste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prevenire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diminuare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883A5C"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acestora</w:t>
            </w:r>
            <w:proofErr w:type="spellEnd"/>
          </w:p>
        </w:tc>
        <w:tc>
          <w:tcPr>
            <w:tcW w:w="2494" w:type="dxa"/>
          </w:tcPr>
          <w:p w14:paraId="14C2CE6E" w14:textId="050C57DC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prezentate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riscuri</w:t>
            </w:r>
            <w:r>
              <w:rPr>
                <w:rFonts w:ascii="Times New Roman" w:hAnsi="Times New Roman" w:cs="Times New Roman"/>
                <w:sz w:val="22"/>
              </w:rPr>
              <w:t>le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specifice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impactul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lor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atingerea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indicatorilor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propusi</w:t>
            </w:r>
            <w:proofErr w:type="spellEnd"/>
          </w:p>
        </w:tc>
        <w:tc>
          <w:tcPr>
            <w:tcW w:w="1205" w:type="dxa"/>
            <w:vAlign w:val="center"/>
          </w:tcPr>
          <w:p w14:paraId="04B5A097" w14:textId="2069A57B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46DE6891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5A66CFE5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0C6A338B" w14:textId="5CDE621D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2A61E9D4" w14:textId="77777777" w:rsidTr="00D658D6">
        <w:trPr>
          <w:trHeight w:val="968"/>
          <w:jc w:val="center"/>
        </w:trPr>
        <w:tc>
          <w:tcPr>
            <w:tcW w:w="715" w:type="dxa"/>
            <w:vMerge/>
            <w:vAlign w:val="center"/>
          </w:tcPr>
          <w:p w14:paraId="530ADB7B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6292D26D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359F8A26" w14:textId="2BB251A5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</w:t>
            </w:r>
            <w:r w:rsidRPr="00883A5C">
              <w:rPr>
                <w:rFonts w:ascii="Times New Roman" w:hAnsi="Times New Roman" w:cs="Times New Roman"/>
                <w:sz w:val="22"/>
              </w:rPr>
              <w:t>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riscurile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prevenire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aparitiei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riscurilor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principale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atenuare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efectelor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aparitiei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lor</w:t>
            </w:r>
          </w:p>
        </w:tc>
        <w:tc>
          <w:tcPr>
            <w:tcW w:w="1205" w:type="dxa"/>
            <w:vAlign w:val="center"/>
          </w:tcPr>
          <w:p w14:paraId="44839285" w14:textId="0FFE1FD3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0698D36F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2FF3F801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3D7E1E6C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712A408C" w14:textId="77777777" w:rsidTr="00D658D6">
        <w:trPr>
          <w:trHeight w:val="968"/>
          <w:jc w:val="center"/>
        </w:trPr>
        <w:tc>
          <w:tcPr>
            <w:tcW w:w="715" w:type="dxa"/>
            <w:vMerge/>
            <w:vAlign w:val="center"/>
          </w:tcPr>
          <w:p w14:paraId="095446A1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01265573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36A8D0C7" w14:textId="40693D83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indicate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responsabilități</w:t>
            </w:r>
            <w:r>
              <w:rPr>
                <w:rFonts w:ascii="Times New Roman" w:hAnsi="Times New Roman" w:cs="Times New Roman"/>
                <w:sz w:val="22"/>
              </w:rPr>
              <w:t>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momentul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aplicare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măsurilor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preventive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minimizare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efectelor</w:t>
            </w:r>
            <w:proofErr w:type="spellEnd"/>
          </w:p>
        </w:tc>
        <w:tc>
          <w:tcPr>
            <w:tcW w:w="1205" w:type="dxa"/>
            <w:vAlign w:val="center"/>
          </w:tcPr>
          <w:p w14:paraId="055E3E63" w14:textId="2317A7B6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0B8BFD9C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148D1281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030BA79F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B149CE" w:rsidRPr="00883A5C" w14:paraId="7CFE4EE7" w14:textId="77777777" w:rsidTr="000B56F8">
        <w:trPr>
          <w:trHeight w:val="968"/>
          <w:jc w:val="center"/>
        </w:trPr>
        <w:tc>
          <w:tcPr>
            <w:tcW w:w="5661" w:type="dxa"/>
            <w:gridSpan w:val="3"/>
            <w:shd w:val="clear" w:color="auto" w:fill="DAEEF3" w:themeFill="accent5" w:themeFillTint="33"/>
            <w:vAlign w:val="center"/>
          </w:tcPr>
          <w:p w14:paraId="4D75B0A2" w14:textId="0B442BD0" w:rsidR="000B56F8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</w:t>
            </w:r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EFICIENȚA –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masura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asigura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utilizarea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optimă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a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resurselor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(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financiare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umane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>,</w:t>
            </w:r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), in termini de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calitate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cantitate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sit imp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2"/>
              </w:rPr>
              <w:t>alocat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</w:rPr>
              <w:t xml:space="preserve"> in contextual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implementarii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activitatilor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vederea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atingerii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propuse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br/>
            </w:r>
          </w:p>
        </w:tc>
        <w:tc>
          <w:tcPr>
            <w:tcW w:w="1205" w:type="dxa"/>
            <w:shd w:val="clear" w:color="auto" w:fill="DAEEF3" w:themeFill="accent5" w:themeFillTint="33"/>
            <w:vAlign w:val="center"/>
          </w:tcPr>
          <w:p w14:paraId="35CE5D5C" w14:textId="77777777" w:rsidR="000B56F8" w:rsidRDefault="000B56F8" w:rsidP="000B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Max. 30</w:t>
            </w:r>
          </w:p>
          <w:p w14:paraId="3706109E" w14:textId="48E054BC" w:rsidR="000B56F8" w:rsidRDefault="000B56F8" w:rsidP="000B56F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Min. 21</w:t>
            </w:r>
          </w:p>
        </w:tc>
        <w:tc>
          <w:tcPr>
            <w:tcW w:w="1096" w:type="dxa"/>
            <w:shd w:val="clear" w:color="auto" w:fill="DAEEF3" w:themeFill="accent5" w:themeFillTint="33"/>
            <w:vAlign w:val="center"/>
          </w:tcPr>
          <w:p w14:paraId="7EB84819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shd w:val="clear" w:color="auto" w:fill="DAEEF3" w:themeFill="accent5" w:themeFillTint="33"/>
          </w:tcPr>
          <w:p w14:paraId="7EB2EAF4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shd w:val="clear" w:color="auto" w:fill="DAEEF3" w:themeFill="accent5" w:themeFillTint="33"/>
            <w:vAlign w:val="center"/>
          </w:tcPr>
          <w:p w14:paraId="30EC86DB" w14:textId="77777777" w:rsidR="000B56F8" w:rsidRPr="00883A5C" w:rsidRDefault="000B56F8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B029D" w:rsidRPr="00883A5C" w14:paraId="05F918A0" w14:textId="77777777" w:rsidTr="00D658D6">
        <w:trPr>
          <w:jc w:val="center"/>
        </w:trPr>
        <w:tc>
          <w:tcPr>
            <w:tcW w:w="715" w:type="dxa"/>
            <w:vAlign w:val="center"/>
          </w:tcPr>
          <w:p w14:paraId="65A4DF43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3.1</w:t>
            </w:r>
          </w:p>
        </w:tc>
        <w:tc>
          <w:tcPr>
            <w:tcW w:w="2452" w:type="dxa"/>
            <w:vAlign w:val="center"/>
          </w:tcPr>
          <w:p w14:paraId="0C54A45A" w14:textId="1405F5C6" w:rsidR="00693923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Realismul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costurilor</w:t>
            </w:r>
            <w:proofErr w:type="spellEnd"/>
            <w:r w:rsidR="004D6ABD">
              <w:rPr>
                <w:rFonts w:ascii="Times New Roman" w:hAnsi="Times New Roman" w:cs="Times New Roman"/>
                <w:sz w:val="22"/>
              </w:rPr>
              <w:t>.</w:t>
            </w:r>
          </w:p>
          <w:p w14:paraId="30C9BDAF" w14:textId="77777777" w:rsidR="004D6ABD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0115F545" w14:textId="10CA8B12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lastRenderedPageBreak/>
              <w:t>Costurile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incluse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realiste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pietei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fiind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fundamentate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printr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-o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analiza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realizata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solicitant</w:t>
            </w:r>
          </w:p>
        </w:tc>
        <w:tc>
          <w:tcPr>
            <w:tcW w:w="2494" w:type="dxa"/>
          </w:tcPr>
          <w:p w14:paraId="0A395E13" w14:textId="570792E4" w:rsidR="00693923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lastRenderedPageBreak/>
              <w:t>C</w:t>
            </w:r>
            <w:r w:rsidRPr="00883A5C">
              <w:rPr>
                <w:rFonts w:ascii="Times New Roman" w:hAnsi="Times New Roman" w:cs="Times New Roman"/>
                <w:sz w:val="22"/>
              </w:rPr>
              <w:t>osturile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883A5C">
              <w:rPr>
                <w:rFonts w:ascii="Times New Roman" w:hAnsi="Times New Roman" w:cs="Times New Roman"/>
                <w:sz w:val="22"/>
              </w:rPr>
              <w:lastRenderedPageBreak/>
              <w:t xml:space="preserve">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fundamentate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surse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documente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verificabile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comparația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permite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stabilirea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caracterului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rezonabil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al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valorii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bugetate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</w:p>
        </w:tc>
        <w:tc>
          <w:tcPr>
            <w:tcW w:w="1205" w:type="dxa"/>
            <w:vAlign w:val="center"/>
          </w:tcPr>
          <w:p w14:paraId="426F0912" w14:textId="1D3EB884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1096" w:type="dxa"/>
            <w:vAlign w:val="center"/>
          </w:tcPr>
          <w:p w14:paraId="38BBC970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unic</w:t>
            </w:r>
            <w:proofErr w:type="spellEnd"/>
          </w:p>
        </w:tc>
        <w:tc>
          <w:tcPr>
            <w:tcW w:w="1053" w:type="dxa"/>
          </w:tcPr>
          <w:p w14:paraId="3E03536B" w14:textId="77777777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Align w:val="center"/>
          </w:tcPr>
          <w:p w14:paraId="6B145476" w14:textId="77FCF301" w:rsidR="00693923" w:rsidRPr="00883A5C" w:rsidRDefault="0069392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6ABD" w:rsidRPr="00883A5C" w14:paraId="1B092EC2" w14:textId="77777777" w:rsidTr="004D6ABD">
        <w:trPr>
          <w:trHeight w:val="1453"/>
          <w:jc w:val="center"/>
        </w:trPr>
        <w:tc>
          <w:tcPr>
            <w:tcW w:w="715" w:type="dxa"/>
            <w:vMerge w:val="restart"/>
            <w:vAlign w:val="center"/>
          </w:tcPr>
          <w:p w14:paraId="40325903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3.2</w:t>
            </w:r>
          </w:p>
        </w:tc>
        <w:tc>
          <w:tcPr>
            <w:tcW w:w="2452" w:type="dxa"/>
            <w:vMerge w:val="restart"/>
            <w:vAlign w:val="center"/>
          </w:tcPr>
          <w:p w14:paraId="51BBF959" w14:textId="77777777" w:rsidR="004D6ABD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Respectarea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plafoanelor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regulilor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bugetare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144FD60F" w14:textId="77777777" w:rsidR="004D6ABD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668DAC58" w14:textId="6938EF58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Costurile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incluse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respecta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valorile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maxime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plafoanele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prevazute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Ghidul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PIDS 2021-2027,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ulterioare</w:t>
            </w:r>
            <w:proofErr w:type="spellEnd"/>
          </w:p>
        </w:tc>
        <w:tc>
          <w:tcPr>
            <w:tcW w:w="2494" w:type="dxa"/>
          </w:tcPr>
          <w:p w14:paraId="3F9000B7" w14:textId="7B8F649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Costurile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incluse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respecta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valorile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maxime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plafoanele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procentele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regulile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eligibilitate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aplicabile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prevazute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r>
              <w:rPr>
                <w:rFonts w:ascii="Times New Roman" w:hAnsi="Times New Roman" w:cs="Times New Roman"/>
                <w:sz w:val="22"/>
              </w:rPr>
              <w:t xml:space="preserve">Ghidul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PIDS 2021-2027,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ulterioare</w:t>
            </w:r>
            <w:proofErr w:type="spellEnd"/>
          </w:p>
        </w:tc>
        <w:tc>
          <w:tcPr>
            <w:tcW w:w="1205" w:type="dxa"/>
            <w:vAlign w:val="center"/>
          </w:tcPr>
          <w:p w14:paraId="64198728" w14:textId="3CA9C4D1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4262E58B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4CA0049F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7441CAAC" w14:textId="20A3F2A2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6ABD" w:rsidRPr="00883A5C" w14:paraId="7990D6CA" w14:textId="77777777" w:rsidTr="00D658D6">
        <w:trPr>
          <w:trHeight w:val="1452"/>
          <w:jc w:val="center"/>
        </w:trPr>
        <w:tc>
          <w:tcPr>
            <w:tcW w:w="715" w:type="dxa"/>
            <w:vMerge/>
            <w:vAlign w:val="center"/>
          </w:tcPr>
          <w:p w14:paraId="6608603B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6A60AFB1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A410799" w14:textId="09F1C8E2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ponderea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cheltuielilor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aferente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bază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relevante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obligatorii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a)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b)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depășește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procentul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minim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stabilit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Ghidul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Conditii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PIDS 2021-2027,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ulterioare</w:t>
            </w:r>
            <w:proofErr w:type="spellEnd"/>
          </w:p>
        </w:tc>
        <w:tc>
          <w:tcPr>
            <w:tcW w:w="1205" w:type="dxa"/>
            <w:vAlign w:val="center"/>
          </w:tcPr>
          <w:p w14:paraId="4BCD3A72" w14:textId="1BB44438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vMerge/>
            <w:vAlign w:val="center"/>
          </w:tcPr>
          <w:p w14:paraId="1B47F44B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3273A2A9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933F6D4" w14:textId="77777777" w:rsidR="004D6ABD" w:rsidRPr="00883A5C" w:rsidRDefault="004D6ABD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05B20" w:rsidRPr="00883A5C" w14:paraId="5C57258D" w14:textId="77777777" w:rsidTr="00205B20">
        <w:trPr>
          <w:trHeight w:val="1190"/>
          <w:jc w:val="center"/>
        </w:trPr>
        <w:tc>
          <w:tcPr>
            <w:tcW w:w="715" w:type="dxa"/>
            <w:vMerge w:val="restart"/>
            <w:vAlign w:val="center"/>
          </w:tcPr>
          <w:p w14:paraId="4A538F22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2452" w:type="dxa"/>
            <w:vMerge w:val="restart"/>
            <w:vAlign w:val="center"/>
          </w:tcPr>
          <w:p w14:paraId="1F1D344B" w14:textId="77777777" w:rsidR="00205B20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Oportunitatea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proporționalitatea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costurilor</w:t>
            </w:r>
            <w:proofErr w:type="spellEnd"/>
          </w:p>
          <w:p w14:paraId="49903198" w14:textId="77777777" w:rsidR="00205B20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02A6F036" w14:textId="39CB3B6A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Costurile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incluse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oportune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asteptate</w:t>
            </w:r>
            <w:proofErr w:type="spellEnd"/>
          </w:p>
        </w:tc>
        <w:tc>
          <w:tcPr>
            <w:tcW w:w="2494" w:type="dxa"/>
          </w:tcPr>
          <w:p w14:paraId="2BAA23E7" w14:textId="5F628480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</w:t>
            </w:r>
            <w:r w:rsidRPr="00883A5C">
              <w:rPr>
                <w:rFonts w:ascii="Times New Roman" w:hAnsi="Times New Roman" w:cs="Times New Roman"/>
                <w:sz w:val="22"/>
              </w:rPr>
              <w:t>heltuielile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încadrate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corect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categoriile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subcategoriile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bugetare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respectate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regulile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eligibilitate</w:t>
            </w:r>
            <w:proofErr w:type="spellEnd"/>
          </w:p>
        </w:tc>
        <w:tc>
          <w:tcPr>
            <w:tcW w:w="1205" w:type="dxa"/>
            <w:vAlign w:val="center"/>
          </w:tcPr>
          <w:p w14:paraId="5959E776" w14:textId="7F25921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69117B46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32291DB4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499E6360" w14:textId="31DE2473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05B20" w:rsidRPr="00883A5C" w14:paraId="7FAE4272" w14:textId="77777777" w:rsidTr="00D658D6">
        <w:trPr>
          <w:trHeight w:val="1189"/>
          <w:jc w:val="center"/>
        </w:trPr>
        <w:tc>
          <w:tcPr>
            <w:tcW w:w="715" w:type="dxa"/>
            <w:vMerge/>
            <w:vAlign w:val="center"/>
          </w:tcPr>
          <w:p w14:paraId="41A2230E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0427B46B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024128AB" w14:textId="385AC102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</w:t>
            </w:r>
            <w:r w:rsidRPr="00883A5C">
              <w:rPr>
                <w:rFonts w:ascii="Times New Roman" w:hAnsi="Times New Roman" w:cs="Times New Roman"/>
                <w:sz w:val="22"/>
              </w:rPr>
              <w:t>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cheltuielile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relevante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poate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fi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legătura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directă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finanțat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iar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costurilor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estimate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adecvate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specificului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resurselor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existente</w:t>
            </w:r>
            <w:proofErr w:type="spellEnd"/>
          </w:p>
        </w:tc>
        <w:tc>
          <w:tcPr>
            <w:tcW w:w="1205" w:type="dxa"/>
            <w:vAlign w:val="center"/>
          </w:tcPr>
          <w:p w14:paraId="18C1D9A7" w14:textId="44B311F2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vMerge/>
            <w:vAlign w:val="center"/>
          </w:tcPr>
          <w:p w14:paraId="5FC7919E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062A42DA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E53609E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05B20" w:rsidRPr="00883A5C" w14:paraId="4EF15959" w14:textId="77777777" w:rsidTr="00205B20">
        <w:trPr>
          <w:trHeight w:val="969"/>
          <w:jc w:val="center"/>
        </w:trPr>
        <w:tc>
          <w:tcPr>
            <w:tcW w:w="715" w:type="dxa"/>
            <w:vMerge w:val="restart"/>
            <w:vAlign w:val="center"/>
          </w:tcPr>
          <w:p w14:paraId="16487D99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3.4</w:t>
            </w:r>
          </w:p>
        </w:tc>
        <w:tc>
          <w:tcPr>
            <w:tcW w:w="2452" w:type="dxa"/>
            <w:vMerge w:val="restart"/>
            <w:vAlign w:val="center"/>
          </w:tcPr>
          <w:p w14:paraId="5A1FE75C" w14:textId="77777777" w:rsidR="00205B20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Adecvarea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resurselor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umane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12650851" w14:textId="77777777" w:rsidR="00205B20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76071538" w14:textId="25F213EF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umane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numar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experienta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profesionala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implicarea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)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adecvate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so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asteptate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</w:p>
        </w:tc>
        <w:tc>
          <w:tcPr>
            <w:tcW w:w="2494" w:type="dxa"/>
          </w:tcPr>
          <w:p w14:paraId="04DE23ED" w14:textId="260B1800" w:rsidR="00205B20" w:rsidRPr="00883A5C" w:rsidRDefault="004B029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umane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echipa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)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justificate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planul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estimater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  <w:r w:rsidR="00205B20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="00205B20" w:rsidRPr="00883A5C">
              <w:rPr>
                <w:rFonts w:ascii="Times New Roman" w:hAnsi="Times New Roman" w:cs="Times New Roman"/>
                <w:sz w:val="22"/>
              </w:rPr>
              <w:t xml:space="preserve">unt definite </w:t>
            </w:r>
            <w:proofErr w:type="spellStart"/>
            <w:r w:rsidR="00205B20" w:rsidRPr="00883A5C">
              <w:rPr>
                <w:rFonts w:ascii="Times New Roman" w:hAnsi="Times New Roman" w:cs="Times New Roman"/>
                <w:sz w:val="22"/>
              </w:rPr>
              <w:t>rolul</w:t>
            </w:r>
            <w:proofErr w:type="spellEnd"/>
            <w:r w:rsidR="00205B20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205B20"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="00205B20"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205B20" w:rsidRPr="00883A5C">
              <w:rPr>
                <w:rFonts w:ascii="Times New Roman" w:hAnsi="Times New Roman" w:cs="Times New Roman"/>
                <w:sz w:val="22"/>
              </w:rPr>
              <w:t>atribuțiile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fiecarui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membru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echipei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05" w:type="dxa"/>
            <w:vAlign w:val="center"/>
          </w:tcPr>
          <w:p w14:paraId="08C5FFDB" w14:textId="798B0EAA" w:rsidR="00205B20" w:rsidRPr="00883A5C" w:rsidRDefault="004B029D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2EF52770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41061B50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4CDCD557" w14:textId="6E6558A1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05B20" w:rsidRPr="00883A5C" w14:paraId="5CD6676A" w14:textId="77777777" w:rsidTr="00D658D6">
        <w:trPr>
          <w:trHeight w:val="968"/>
          <w:jc w:val="center"/>
        </w:trPr>
        <w:tc>
          <w:tcPr>
            <w:tcW w:w="715" w:type="dxa"/>
            <w:vMerge/>
            <w:vAlign w:val="center"/>
          </w:tcPr>
          <w:p w14:paraId="6C6FE79B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1C151867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7055DAE4" w14:textId="12A4743F" w:rsidR="00205B20" w:rsidRPr="00883A5C" w:rsidRDefault="004B029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Echipa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experiență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competențe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profesionale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calificari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adecvate</w:t>
            </w:r>
            <w:proofErr w:type="spellEnd"/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atribuțiilor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</w:p>
        </w:tc>
        <w:tc>
          <w:tcPr>
            <w:tcW w:w="1205" w:type="dxa"/>
            <w:vAlign w:val="center"/>
          </w:tcPr>
          <w:p w14:paraId="28BB54DD" w14:textId="66BE8CBC" w:rsidR="00205B20" w:rsidRPr="00883A5C" w:rsidRDefault="004B029D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35B37BD3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41A229D0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052AFA71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05B20" w:rsidRPr="00883A5C" w14:paraId="77A9DEC7" w14:textId="77777777" w:rsidTr="00D658D6">
        <w:trPr>
          <w:trHeight w:val="968"/>
          <w:jc w:val="center"/>
        </w:trPr>
        <w:tc>
          <w:tcPr>
            <w:tcW w:w="715" w:type="dxa"/>
            <w:vMerge/>
            <w:vAlign w:val="center"/>
          </w:tcPr>
          <w:p w14:paraId="284A2759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3FD45301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4F8126C1" w14:textId="35FED54A" w:rsidR="00205B20" w:rsidRPr="00883A5C" w:rsidRDefault="004B029D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T</w:t>
            </w:r>
            <w:r w:rsidRPr="00883A5C">
              <w:rPr>
                <w:rFonts w:ascii="Times New Roman" w:hAnsi="Times New Roman" w:cs="Times New Roman"/>
                <w:sz w:val="22"/>
              </w:rPr>
              <w:t>impul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volumul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muncă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al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echipei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corelat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calendarul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activitatilor</w:t>
            </w:r>
            <w:proofErr w:type="spellEnd"/>
          </w:p>
        </w:tc>
        <w:tc>
          <w:tcPr>
            <w:tcW w:w="1205" w:type="dxa"/>
            <w:vAlign w:val="center"/>
          </w:tcPr>
          <w:p w14:paraId="28B88857" w14:textId="3AFDCF19" w:rsidR="00205B20" w:rsidRPr="00883A5C" w:rsidRDefault="004B029D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4A533D5C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7665BE65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38462FF0" w14:textId="77777777" w:rsidR="00205B20" w:rsidRPr="00883A5C" w:rsidRDefault="00205B20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E3A43" w:rsidRPr="00883A5C" w14:paraId="5DE6DEDB" w14:textId="77777777" w:rsidTr="00DE3A43">
        <w:trPr>
          <w:trHeight w:val="1190"/>
          <w:jc w:val="center"/>
        </w:trPr>
        <w:tc>
          <w:tcPr>
            <w:tcW w:w="715" w:type="dxa"/>
            <w:vMerge w:val="restart"/>
            <w:vAlign w:val="center"/>
          </w:tcPr>
          <w:p w14:paraId="1BFD9702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3.5</w:t>
            </w:r>
          </w:p>
        </w:tc>
        <w:tc>
          <w:tcPr>
            <w:tcW w:w="2452" w:type="dxa"/>
            <w:vMerge w:val="restart"/>
            <w:vAlign w:val="center"/>
          </w:tcPr>
          <w:p w14:paraId="5AEC8185" w14:textId="77777777" w:rsidR="00DE3A43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Adecvarea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resurselor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</w:p>
          <w:p w14:paraId="13D5C778" w14:textId="77777777" w:rsidR="00DE3A43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6A96DBE0" w14:textId="16FF7F6B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adecvate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 natura,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structura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dimensiune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estimate</w:t>
            </w:r>
          </w:p>
        </w:tc>
        <w:tc>
          <w:tcPr>
            <w:tcW w:w="2494" w:type="dxa"/>
          </w:tcPr>
          <w:p w14:paraId="114283E6" w14:textId="55AD8F49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R</w:t>
            </w:r>
            <w:r w:rsidRPr="00883A5C">
              <w:rPr>
                <w:rFonts w:ascii="Times New Roman" w:hAnsi="Times New Roman" w:cs="Times New Roman"/>
                <w:sz w:val="22"/>
              </w:rPr>
              <w:t>esursele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existente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solicitant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identificate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corelate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</w:p>
        </w:tc>
        <w:tc>
          <w:tcPr>
            <w:tcW w:w="1205" w:type="dxa"/>
            <w:vAlign w:val="center"/>
          </w:tcPr>
          <w:p w14:paraId="387E0A66" w14:textId="7E5ECD2A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5661C5B8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588DD6C3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5A327CB4" w14:textId="2252AB99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E3A43" w:rsidRPr="00883A5C" w14:paraId="6311B7E3" w14:textId="77777777" w:rsidTr="00D658D6">
        <w:trPr>
          <w:trHeight w:val="1189"/>
          <w:jc w:val="center"/>
        </w:trPr>
        <w:tc>
          <w:tcPr>
            <w:tcW w:w="715" w:type="dxa"/>
            <w:vMerge/>
            <w:vAlign w:val="center"/>
          </w:tcPr>
          <w:p w14:paraId="086E41AA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08D9C25F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25025F0D" w14:textId="16139AA2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Necesitatea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resurselor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achizitionate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bugetul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justificata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dimensiunea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contribuie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buna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05" w:type="dxa"/>
            <w:vAlign w:val="center"/>
          </w:tcPr>
          <w:p w14:paraId="67053376" w14:textId="091FF566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4D94297B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480837F0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7E56CD5F" w14:textId="77777777" w:rsidR="00DE3A43" w:rsidRPr="00883A5C" w:rsidRDefault="00DE3A43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2052A68C" w14:textId="77777777" w:rsidTr="00CC23C7">
        <w:trPr>
          <w:trHeight w:val="132"/>
          <w:jc w:val="center"/>
        </w:trPr>
        <w:tc>
          <w:tcPr>
            <w:tcW w:w="715" w:type="dxa"/>
            <w:vMerge w:val="restart"/>
            <w:vAlign w:val="center"/>
          </w:tcPr>
          <w:p w14:paraId="7D005836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3.6</w:t>
            </w:r>
          </w:p>
        </w:tc>
        <w:tc>
          <w:tcPr>
            <w:tcW w:w="2452" w:type="dxa"/>
            <w:vMerge w:val="restart"/>
            <w:vAlign w:val="center"/>
          </w:tcPr>
          <w:p w14:paraId="595841CD" w14:textId="77777777" w:rsidR="00CC23C7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Planificarea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</w:p>
          <w:p w14:paraId="4205BD86" w14:textId="77777777" w:rsidR="00CC23C7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11451BF6" w14:textId="3B1959D4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Planificarea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rationala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natura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asteptate</w:t>
            </w:r>
            <w:proofErr w:type="spellEnd"/>
          </w:p>
        </w:tc>
        <w:tc>
          <w:tcPr>
            <w:tcW w:w="2494" w:type="dxa"/>
          </w:tcPr>
          <w:p w14:paraId="62234BD3" w14:textId="29749A29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A</w:t>
            </w:r>
            <w:r w:rsidRPr="00883A5C">
              <w:rPr>
                <w:rFonts w:ascii="Times New Roman" w:hAnsi="Times New Roman" w:cs="Times New Roman"/>
                <w:sz w:val="22"/>
              </w:rPr>
              <w:t>ctivitățile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au o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succesiune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logică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dependențele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dintre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respectate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;</w:t>
            </w:r>
            <w:r w:rsidRPr="00883A5C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205" w:type="dxa"/>
            <w:vAlign w:val="center"/>
          </w:tcPr>
          <w:p w14:paraId="234E6816" w14:textId="794AE63E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11FBE4EB" w14:textId="371BA71A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1F73C086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6512E11B" w14:textId="5474C9EF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4401E4B8" w14:textId="77777777" w:rsidTr="00D658D6">
        <w:trPr>
          <w:trHeight w:val="131"/>
          <w:jc w:val="center"/>
        </w:trPr>
        <w:tc>
          <w:tcPr>
            <w:tcW w:w="715" w:type="dxa"/>
            <w:vMerge/>
            <w:vAlign w:val="center"/>
          </w:tcPr>
          <w:p w14:paraId="460CE8A2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78457A5F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C748174" w14:textId="3B24F4D6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D</w:t>
            </w:r>
            <w:r w:rsidRPr="00883A5C">
              <w:rPr>
                <w:rFonts w:ascii="Times New Roman" w:hAnsi="Times New Roman" w:cs="Times New Roman"/>
                <w:sz w:val="22"/>
              </w:rPr>
              <w:t>uratele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realiste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corelate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termenele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obținere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205" w:type="dxa"/>
            <w:vAlign w:val="center"/>
          </w:tcPr>
          <w:p w14:paraId="3C970B32" w14:textId="13D19C52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09953EA8" w14:textId="77777777" w:rsidR="00CC23C7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3D915D11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0CAC2B32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159B36E4" w14:textId="77777777" w:rsidTr="00CC23C7">
        <w:trPr>
          <w:trHeight w:val="927"/>
          <w:jc w:val="center"/>
        </w:trPr>
        <w:tc>
          <w:tcPr>
            <w:tcW w:w="715" w:type="dxa"/>
            <w:vMerge w:val="restart"/>
            <w:vAlign w:val="center"/>
          </w:tcPr>
          <w:p w14:paraId="1DCC0541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3.7</w:t>
            </w:r>
          </w:p>
        </w:tc>
        <w:tc>
          <w:tcPr>
            <w:tcW w:w="2452" w:type="dxa"/>
            <w:vMerge w:val="restart"/>
            <w:vAlign w:val="center"/>
          </w:tcPr>
          <w:p w14:paraId="75EDB40D" w14:textId="77777777" w:rsidR="00CC23C7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Justificarea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achizițiilor</w:t>
            </w:r>
            <w:proofErr w:type="spellEnd"/>
          </w:p>
          <w:p w14:paraId="0A442616" w14:textId="77777777" w:rsidR="00CC23C7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36F25186" w14:textId="0C8AF880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achizitionate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justificate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asteptate</w:t>
            </w:r>
            <w:proofErr w:type="spellEnd"/>
          </w:p>
        </w:tc>
        <w:tc>
          <w:tcPr>
            <w:tcW w:w="2494" w:type="dxa"/>
          </w:tcPr>
          <w:p w14:paraId="278AB329" w14:textId="2B7FE731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</w:t>
            </w:r>
            <w:r w:rsidRPr="00883A5C">
              <w:rPr>
                <w:rFonts w:ascii="Times New Roman" w:hAnsi="Times New Roman" w:cs="Times New Roman"/>
                <w:sz w:val="22"/>
              </w:rPr>
              <w:t>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fiecare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categorie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principală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achiziție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indicată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activitatea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fi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utilizată</w:t>
            </w:r>
            <w:proofErr w:type="spellEnd"/>
          </w:p>
        </w:tc>
        <w:tc>
          <w:tcPr>
            <w:tcW w:w="1205" w:type="dxa"/>
            <w:vAlign w:val="center"/>
          </w:tcPr>
          <w:p w14:paraId="092E6364" w14:textId="30FD79B9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53A7A168" w14:textId="27FD8DE2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3E130CC0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1F8D9509" w14:textId="36ADA155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C23C7" w:rsidRPr="00883A5C" w14:paraId="0C82637E" w14:textId="77777777" w:rsidTr="00D658D6">
        <w:trPr>
          <w:trHeight w:val="926"/>
          <w:jc w:val="center"/>
        </w:trPr>
        <w:tc>
          <w:tcPr>
            <w:tcW w:w="715" w:type="dxa"/>
            <w:vMerge/>
            <w:vAlign w:val="center"/>
          </w:tcPr>
          <w:p w14:paraId="5C390C65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139D53AA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159F537D" w14:textId="0A15AB43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ste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justificată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achizitia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necesitatea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cantitatea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)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în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raport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cu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resursele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existente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urmărite</w:t>
            </w:r>
            <w:proofErr w:type="spellEnd"/>
          </w:p>
        </w:tc>
        <w:tc>
          <w:tcPr>
            <w:tcW w:w="1205" w:type="dxa"/>
            <w:vAlign w:val="center"/>
          </w:tcPr>
          <w:p w14:paraId="1C5294C4" w14:textId="7C57E97A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2721D914" w14:textId="77777777" w:rsidR="00CC23C7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58919EBE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6583CDFE" w14:textId="77777777" w:rsidR="00CC23C7" w:rsidRPr="00883A5C" w:rsidRDefault="00CC23C7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74F2" w:rsidRPr="00883A5C" w14:paraId="60C5A0D7" w14:textId="77777777" w:rsidTr="002174F2">
        <w:trPr>
          <w:trHeight w:val="263"/>
          <w:jc w:val="center"/>
        </w:trPr>
        <w:tc>
          <w:tcPr>
            <w:tcW w:w="715" w:type="dxa"/>
            <w:vMerge w:val="restart"/>
            <w:vAlign w:val="center"/>
          </w:tcPr>
          <w:p w14:paraId="7E957A47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3.8</w:t>
            </w:r>
          </w:p>
        </w:tc>
        <w:tc>
          <w:tcPr>
            <w:tcW w:w="2452" w:type="dxa"/>
            <w:vMerge w:val="restart"/>
            <w:vAlign w:val="center"/>
          </w:tcPr>
          <w:p w14:paraId="4780F180" w14:textId="77777777" w:rsidR="002174F2" w:rsidRPr="001A599B" w:rsidRDefault="002174F2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 xml:space="preserve">P2 – </w:t>
            </w:r>
            <w:proofErr w:type="spellStart"/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>Cuantumul</w:t>
            </w:r>
            <w:proofErr w:type="spellEnd"/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>bugetului</w:t>
            </w:r>
            <w:proofErr w:type="spellEnd"/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>acțiunilor</w:t>
            </w:r>
            <w:proofErr w:type="spellEnd"/>
            <w:r w:rsidRPr="001A599B">
              <w:rPr>
                <w:rFonts w:ascii="Times New Roman" w:hAnsi="Times New Roman" w:cs="Times New Roman"/>
                <w:b/>
                <w:bCs/>
                <w:sz w:val="22"/>
              </w:rPr>
              <w:t xml:space="preserve"> de tip c)</w:t>
            </w:r>
          </w:p>
        </w:tc>
        <w:tc>
          <w:tcPr>
            <w:tcW w:w="2494" w:type="dxa"/>
          </w:tcPr>
          <w:p w14:paraId="3DEE3BB7" w14:textId="46AC0223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 sunt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acțiuni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tip c) /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ponderea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sub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pragul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punctare</w:t>
            </w:r>
            <w:proofErr w:type="spellEnd"/>
          </w:p>
        </w:tc>
        <w:tc>
          <w:tcPr>
            <w:tcW w:w="1205" w:type="dxa"/>
            <w:vAlign w:val="center"/>
          </w:tcPr>
          <w:p w14:paraId="38BD9125" w14:textId="1219061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096" w:type="dxa"/>
            <w:vMerge w:val="restart"/>
            <w:vAlign w:val="center"/>
          </w:tcPr>
          <w:p w14:paraId="5B760385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disjunctiv</w:t>
            </w:r>
            <w:proofErr w:type="spellEnd"/>
          </w:p>
        </w:tc>
        <w:tc>
          <w:tcPr>
            <w:tcW w:w="1053" w:type="dxa"/>
            <w:vMerge w:val="restart"/>
          </w:tcPr>
          <w:p w14:paraId="67116882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56B45FA2" w14:textId="7BDCF78A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74F2" w:rsidRPr="00883A5C" w14:paraId="26EB208C" w14:textId="77777777" w:rsidTr="00D658D6">
        <w:trPr>
          <w:trHeight w:val="263"/>
          <w:jc w:val="center"/>
        </w:trPr>
        <w:tc>
          <w:tcPr>
            <w:tcW w:w="715" w:type="dxa"/>
            <w:vMerge/>
            <w:vAlign w:val="center"/>
          </w:tcPr>
          <w:p w14:paraId="17DF35E1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6922C6A9" w14:textId="77777777" w:rsidR="002174F2" w:rsidRPr="001A599B" w:rsidRDefault="002174F2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762C3DFF" w14:textId="55FEBFC1" w:rsidR="002174F2" w:rsidRPr="002A45C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cheltuielilor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2A45CC"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 w:rsidR="002174F2"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2174F2" w:rsidRPr="002A45CC">
              <w:rPr>
                <w:rFonts w:ascii="Times New Roman" w:hAnsi="Times New Roman" w:cs="Times New Roman"/>
                <w:sz w:val="22"/>
              </w:rPr>
              <w:t>acțiunilor</w:t>
            </w:r>
            <w:proofErr w:type="spellEnd"/>
            <w:r w:rsidR="002174F2" w:rsidRPr="002A45CC">
              <w:rPr>
                <w:rFonts w:ascii="Times New Roman" w:hAnsi="Times New Roman" w:cs="Times New Roman"/>
                <w:sz w:val="22"/>
              </w:rPr>
              <w:t xml:space="preserve"> de tip c) </w:t>
            </w:r>
            <w:proofErr w:type="spellStart"/>
            <w:r w:rsidR="002174F2" w:rsidRPr="002A45C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="002174F2"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2174F2" w:rsidRPr="002A45CC">
              <w:rPr>
                <w:rFonts w:ascii="Times New Roman" w:hAnsi="Times New Roman" w:cs="Times New Roman"/>
                <w:sz w:val="22"/>
              </w:rPr>
              <w:t>cuprins</w:t>
            </w:r>
            <w:proofErr w:type="spellEnd"/>
            <w:r w:rsidR="002174F2"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2174F2" w:rsidRPr="002A45CC">
              <w:rPr>
                <w:rFonts w:ascii="Times New Roman" w:hAnsi="Times New Roman" w:cs="Times New Roman"/>
                <w:sz w:val="22"/>
              </w:rPr>
              <w:t>intre</w:t>
            </w:r>
            <w:proofErr w:type="spellEnd"/>
            <w:r w:rsidR="002174F2"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174F2" w:rsidRPr="002A45CC">
              <w:rPr>
                <w:rFonts w:ascii="Times New Roman" w:hAnsi="Times New Roman" w:cs="Times New Roman"/>
                <w:sz w:val="22"/>
              </w:rPr>
              <w:t>10%–15%</w:t>
            </w:r>
            <w:r w:rsidRPr="002A45CC"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cheltuielilor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aferente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de tip a)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sau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b)</w:t>
            </w:r>
          </w:p>
        </w:tc>
        <w:tc>
          <w:tcPr>
            <w:tcW w:w="1205" w:type="dxa"/>
            <w:vAlign w:val="center"/>
          </w:tcPr>
          <w:p w14:paraId="1A536277" w14:textId="290F389D" w:rsidR="002174F2" w:rsidRPr="00883A5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0BF52867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571BC199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5EDEDDAD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74F2" w:rsidRPr="00883A5C" w14:paraId="7192FFED" w14:textId="77777777" w:rsidTr="00D658D6">
        <w:trPr>
          <w:trHeight w:val="263"/>
          <w:jc w:val="center"/>
        </w:trPr>
        <w:tc>
          <w:tcPr>
            <w:tcW w:w="715" w:type="dxa"/>
            <w:vMerge/>
            <w:vAlign w:val="center"/>
          </w:tcPr>
          <w:p w14:paraId="254C6783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7F2BDF75" w14:textId="77777777" w:rsidR="002174F2" w:rsidRPr="001A599B" w:rsidRDefault="002174F2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512887A9" w14:textId="1913A881" w:rsidR="002174F2" w:rsidRPr="002A45C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cheltuielilor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2A45CC"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acțiunilor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de tip c)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este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A45CC">
              <w:rPr>
                <w:rFonts w:ascii="Times New Roman" w:hAnsi="Times New Roman" w:cs="Times New Roman"/>
                <w:sz w:val="22"/>
              </w:rPr>
              <w:t>˃</w:t>
            </w:r>
            <w:r w:rsidRPr="002A45CC">
              <w:rPr>
                <w:rFonts w:ascii="Times New Roman" w:hAnsi="Times New Roman" w:cs="Times New Roman"/>
                <w:sz w:val="22"/>
              </w:rPr>
              <w:t xml:space="preserve"> 1</w:t>
            </w:r>
            <w:r w:rsidRPr="002A45CC">
              <w:rPr>
                <w:rFonts w:ascii="Times New Roman" w:hAnsi="Times New Roman" w:cs="Times New Roman"/>
                <w:sz w:val="22"/>
              </w:rPr>
              <w:t>5</w:t>
            </w:r>
            <w:r w:rsidRPr="002A45CC">
              <w:rPr>
                <w:rFonts w:ascii="Times New Roman" w:hAnsi="Times New Roman" w:cs="Times New Roman"/>
                <w:sz w:val="22"/>
              </w:rPr>
              <w:t>%</w:t>
            </w:r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maxim 20%</w:t>
            </w:r>
            <w:r w:rsidRPr="002A45CC">
              <w:rPr>
                <w:rFonts w:ascii="Times New Roman" w:hAnsi="Times New Roman" w:cs="Times New Roman"/>
                <w:sz w:val="22"/>
              </w:rPr>
              <w:t xml:space="preserve"> din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valoarea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lastRenderedPageBreak/>
              <w:t>cheltuielilor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eligibile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aferente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activităților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de tip a) 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2A45CC">
              <w:rPr>
                <w:rFonts w:ascii="Times New Roman" w:hAnsi="Times New Roman" w:cs="Times New Roman"/>
                <w:sz w:val="22"/>
              </w:rPr>
              <w:t>sau</w:t>
            </w:r>
            <w:proofErr w:type="spellEnd"/>
            <w:r w:rsidRPr="002A45CC">
              <w:rPr>
                <w:rFonts w:ascii="Times New Roman" w:hAnsi="Times New Roman" w:cs="Times New Roman"/>
                <w:sz w:val="22"/>
              </w:rPr>
              <w:t xml:space="preserve"> b)</w:t>
            </w:r>
          </w:p>
        </w:tc>
        <w:tc>
          <w:tcPr>
            <w:tcW w:w="1205" w:type="dxa"/>
            <w:vAlign w:val="center"/>
          </w:tcPr>
          <w:p w14:paraId="1AE9377D" w14:textId="22342432" w:rsidR="002174F2" w:rsidRPr="00883A5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1096" w:type="dxa"/>
            <w:vMerge/>
            <w:vAlign w:val="center"/>
          </w:tcPr>
          <w:p w14:paraId="000268C4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7779DD13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192312C0" w14:textId="77777777" w:rsidR="002174F2" w:rsidRPr="00883A5C" w:rsidRDefault="002174F2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A45CC" w:rsidRPr="00883A5C" w14:paraId="0DDA7677" w14:textId="77777777" w:rsidTr="00B149CE">
        <w:trPr>
          <w:trHeight w:val="263"/>
          <w:jc w:val="center"/>
        </w:trPr>
        <w:tc>
          <w:tcPr>
            <w:tcW w:w="5661" w:type="dxa"/>
            <w:gridSpan w:val="3"/>
            <w:shd w:val="clear" w:color="auto" w:fill="DAEEF3" w:themeFill="accent5" w:themeFillTint="33"/>
            <w:vAlign w:val="center"/>
          </w:tcPr>
          <w:p w14:paraId="17856E88" w14:textId="07B13A46" w:rsidR="002A45CC" w:rsidRPr="002A45C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  <w:r w:rsidRPr="002A45CC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SUSTENABILITATEA –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masura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asigura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continuarea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efectelor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sale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valorificarea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rezultatelor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b/>
                <w:sz w:val="22"/>
              </w:rPr>
              <w:t>după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="00B149CE">
              <w:rPr>
                <w:rFonts w:ascii="Times New Roman" w:hAnsi="Times New Roman" w:cs="Times New Roman"/>
                <w:b/>
                <w:sz w:val="22"/>
              </w:rPr>
              <w:t>incetarea</w:t>
            </w:r>
            <w:proofErr w:type="spellEnd"/>
            <w:r w:rsidR="00B149CE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="00B149CE">
              <w:rPr>
                <w:rFonts w:ascii="Times New Roman" w:hAnsi="Times New Roman" w:cs="Times New Roman"/>
                <w:b/>
                <w:sz w:val="22"/>
              </w:rPr>
              <w:t>sursei</w:t>
            </w:r>
            <w:proofErr w:type="spellEnd"/>
            <w:r w:rsidR="00B149CE">
              <w:rPr>
                <w:rFonts w:ascii="Times New Roman" w:hAnsi="Times New Roman" w:cs="Times New Roman"/>
                <w:b/>
                <w:sz w:val="22"/>
              </w:rPr>
              <w:t xml:space="preserve"> de </w:t>
            </w:r>
            <w:proofErr w:type="spellStart"/>
            <w:r w:rsidR="00B149CE">
              <w:rPr>
                <w:rFonts w:ascii="Times New Roman" w:hAnsi="Times New Roman" w:cs="Times New Roman"/>
                <w:b/>
                <w:sz w:val="22"/>
              </w:rPr>
              <w:t>finantare</w:t>
            </w:r>
            <w:proofErr w:type="spellEnd"/>
            <w:r w:rsidRPr="00883A5C">
              <w:rPr>
                <w:rFonts w:ascii="Times New Roman" w:hAnsi="Times New Roman" w:cs="Times New Roman"/>
                <w:b/>
                <w:sz w:val="22"/>
              </w:rPr>
              <w:br/>
            </w:r>
          </w:p>
        </w:tc>
        <w:tc>
          <w:tcPr>
            <w:tcW w:w="1205" w:type="dxa"/>
            <w:shd w:val="clear" w:color="auto" w:fill="DAEEF3" w:themeFill="accent5" w:themeFillTint="33"/>
            <w:vAlign w:val="center"/>
          </w:tcPr>
          <w:p w14:paraId="75AD0583" w14:textId="01E86D27" w:rsidR="00B149CE" w:rsidRDefault="00B149CE" w:rsidP="00B149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14:paraId="74EE2867" w14:textId="4546F4AB" w:rsidR="002A45CC" w:rsidRDefault="00B149CE" w:rsidP="00B149C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Min.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96" w:type="dxa"/>
            <w:shd w:val="clear" w:color="auto" w:fill="DAEEF3" w:themeFill="accent5" w:themeFillTint="33"/>
            <w:vAlign w:val="center"/>
          </w:tcPr>
          <w:p w14:paraId="6F90DED1" w14:textId="77777777" w:rsidR="002A45CC" w:rsidRPr="00883A5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shd w:val="clear" w:color="auto" w:fill="DAEEF3" w:themeFill="accent5" w:themeFillTint="33"/>
          </w:tcPr>
          <w:p w14:paraId="23C0EB3E" w14:textId="77777777" w:rsidR="002A45CC" w:rsidRPr="00883A5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shd w:val="clear" w:color="auto" w:fill="DAEEF3" w:themeFill="accent5" w:themeFillTint="33"/>
            <w:vAlign w:val="center"/>
          </w:tcPr>
          <w:p w14:paraId="3B0D71FB" w14:textId="77777777" w:rsidR="002A45CC" w:rsidRPr="00883A5C" w:rsidRDefault="002A45C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A617EC" w:rsidRPr="00883A5C" w14:paraId="2D0D7F22" w14:textId="77777777" w:rsidTr="00F91DAA">
        <w:trPr>
          <w:trHeight w:val="2277"/>
          <w:jc w:val="center"/>
        </w:trPr>
        <w:tc>
          <w:tcPr>
            <w:tcW w:w="715" w:type="dxa"/>
            <w:vAlign w:val="center"/>
          </w:tcPr>
          <w:p w14:paraId="628D2271" w14:textId="77777777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4.1</w:t>
            </w:r>
          </w:p>
        </w:tc>
        <w:tc>
          <w:tcPr>
            <w:tcW w:w="2452" w:type="dxa"/>
            <w:vAlign w:val="center"/>
          </w:tcPr>
          <w:p w14:paraId="01A7B049" w14:textId="77777777" w:rsidR="00A617E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Valorificarea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după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finalizare</w:t>
            </w:r>
            <w:proofErr w:type="spellEnd"/>
          </w:p>
          <w:p w14:paraId="5BF3CD92" w14:textId="77777777" w:rsidR="00A617E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5B6F2F40" w14:textId="03178CF3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include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timpul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conduc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valorificarea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dupa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finalizarea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acestuia</w:t>
            </w:r>
            <w:proofErr w:type="spellEnd"/>
          </w:p>
        </w:tc>
        <w:tc>
          <w:tcPr>
            <w:tcW w:w="2494" w:type="dxa"/>
          </w:tcPr>
          <w:p w14:paraId="7396A63D" w14:textId="4E9E09F4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sunt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prezentate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actiuni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transferabile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conduc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sustenabilitatea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acestuia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precum :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crearea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parteneriate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implicarea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altor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actori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interesati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alocarea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unei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continuarea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valorificarea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printr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-un alt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demararea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unor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continue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prezentul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, etc.)</w:t>
            </w:r>
          </w:p>
        </w:tc>
        <w:tc>
          <w:tcPr>
            <w:tcW w:w="1205" w:type="dxa"/>
            <w:vAlign w:val="center"/>
          </w:tcPr>
          <w:p w14:paraId="5374A129" w14:textId="1FF0A478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96" w:type="dxa"/>
            <w:vAlign w:val="center"/>
          </w:tcPr>
          <w:p w14:paraId="3C5785D9" w14:textId="19820CAB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unic</w:t>
            </w:r>
            <w:proofErr w:type="spellEnd"/>
          </w:p>
        </w:tc>
        <w:tc>
          <w:tcPr>
            <w:tcW w:w="1053" w:type="dxa"/>
          </w:tcPr>
          <w:p w14:paraId="63C3A6D9" w14:textId="77777777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Align w:val="center"/>
          </w:tcPr>
          <w:p w14:paraId="2FF6E074" w14:textId="296A080D" w:rsidR="00A617EC" w:rsidRPr="00883A5C" w:rsidRDefault="00A617EC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AA5A31" w:rsidRPr="00883A5C" w14:paraId="1CB20C7E" w14:textId="77777777" w:rsidTr="00AA5A31">
        <w:trPr>
          <w:trHeight w:val="882"/>
          <w:jc w:val="center"/>
        </w:trPr>
        <w:tc>
          <w:tcPr>
            <w:tcW w:w="715" w:type="dxa"/>
            <w:vMerge w:val="restart"/>
            <w:vAlign w:val="center"/>
          </w:tcPr>
          <w:p w14:paraId="79D30FA5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4.2</w:t>
            </w:r>
          </w:p>
        </w:tc>
        <w:tc>
          <w:tcPr>
            <w:tcW w:w="2452" w:type="dxa"/>
            <w:vMerge w:val="restart"/>
            <w:vAlign w:val="center"/>
          </w:tcPr>
          <w:p w14:paraId="1CB25586" w14:textId="77777777" w:rsidR="00AA5A31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Transferabilitatea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multiplicarea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</w:p>
          <w:p w14:paraId="70F8239D" w14:textId="77777777" w:rsidR="00AA5A31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  <w:p w14:paraId="310C140B" w14:textId="0812029D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Proiectul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include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timpul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implementarii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duc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transferabilitatea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catre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alte</w:t>
            </w:r>
            <w:proofErr w:type="spellEnd"/>
            <w:proofErr w:type="gram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grupuri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țintă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comunități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,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etc.</w:t>
            </w:r>
          </w:p>
        </w:tc>
        <w:tc>
          <w:tcPr>
            <w:tcW w:w="2494" w:type="dxa"/>
          </w:tcPr>
          <w:p w14:paraId="0B0CFCE2" w14:textId="53DF46A3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883A5C">
              <w:rPr>
                <w:rFonts w:ascii="Times New Roman" w:hAnsi="Times New Roman" w:cs="Times New Roman"/>
                <w:sz w:val="22"/>
              </w:rPr>
              <w:t xml:space="preserve">unt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prevăzute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acțiuni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concrete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diseminare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catre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entitati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metodologii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materiale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instruire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, curricula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05" w:type="dxa"/>
            <w:vAlign w:val="center"/>
          </w:tcPr>
          <w:p w14:paraId="3769C170" w14:textId="312301D5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6F2EBE8D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cumulativ</w:t>
            </w:r>
            <w:proofErr w:type="spellEnd"/>
          </w:p>
        </w:tc>
        <w:tc>
          <w:tcPr>
            <w:tcW w:w="1053" w:type="dxa"/>
            <w:vMerge w:val="restart"/>
          </w:tcPr>
          <w:p w14:paraId="59E5EFF2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41BD7804" w14:textId="63E4C1A6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AA5A31" w:rsidRPr="00883A5C" w14:paraId="4EA13281" w14:textId="77777777" w:rsidTr="00D658D6">
        <w:trPr>
          <w:trHeight w:val="880"/>
          <w:jc w:val="center"/>
        </w:trPr>
        <w:tc>
          <w:tcPr>
            <w:tcW w:w="715" w:type="dxa"/>
            <w:vMerge/>
            <w:vAlign w:val="center"/>
          </w:tcPr>
          <w:p w14:paraId="451BE4B9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5A226BD7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759000C0" w14:textId="0C1530B9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Utilizarea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205" w:type="dxa"/>
            <w:vAlign w:val="center"/>
          </w:tcPr>
          <w:p w14:paraId="3079CA4D" w14:textId="270A0CB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4B52ABE3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3D98FAFB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30E14F05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AA5A31" w:rsidRPr="00883A5C" w14:paraId="4885130B" w14:textId="77777777" w:rsidTr="00D658D6">
        <w:trPr>
          <w:trHeight w:val="880"/>
          <w:jc w:val="center"/>
        </w:trPr>
        <w:tc>
          <w:tcPr>
            <w:tcW w:w="715" w:type="dxa"/>
            <w:vMerge/>
            <w:vAlign w:val="center"/>
          </w:tcPr>
          <w:p w14:paraId="191B67D7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4B6B68F0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94" w:type="dxa"/>
          </w:tcPr>
          <w:p w14:paraId="72A5A41D" w14:textId="50CF05EC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883A5C">
              <w:rPr>
                <w:rFonts w:ascii="Times New Roman" w:hAnsi="Times New Roman" w:cs="Times New Roman"/>
                <w:sz w:val="22"/>
              </w:rPr>
              <w:t>ste de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scrisă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posibilitatea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replicare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multiplicare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nivelul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vizat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(local, regional, sectorial, national)</w:t>
            </w:r>
          </w:p>
        </w:tc>
        <w:tc>
          <w:tcPr>
            <w:tcW w:w="1205" w:type="dxa"/>
            <w:vAlign w:val="center"/>
          </w:tcPr>
          <w:p w14:paraId="5795E013" w14:textId="47969522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/>
            <w:vAlign w:val="center"/>
          </w:tcPr>
          <w:p w14:paraId="2BC21657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4FDFCE7D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580164CE" w14:textId="77777777" w:rsidR="00AA5A31" w:rsidRPr="00883A5C" w:rsidRDefault="00AA5A31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370A4" w:rsidRPr="00883A5C" w14:paraId="1491626E" w14:textId="77777777" w:rsidTr="005370A4">
        <w:trPr>
          <w:trHeight w:val="882"/>
          <w:jc w:val="center"/>
        </w:trPr>
        <w:tc>
          <w:tcPr>
            <w:tcW w:w="715" w:type="dxa"/>
            <w:vMerge w:val="restart"/>
            <w:vAlign w:val="center"/>
          </w:tcPr>
          <w:p w14:paraId="75960BD9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r w:rsidRPr="00883A5C">
              <w:rPr>
                <w:rFonts w:ascii="Times New Roman" w:hAnsi="Times New Roman" w:cs="Times New Roman"/>
                <w:sz w:val="22"/>
              </w:rPr>
              <w:t>4.3</w:t>
            </w:r>
          </w:p>
        </w:tc>
        <w:tc>
          <w:tcPr>
            <w:tcW w:w="2452" w:type="dxa"/>
            <w:vMerge w:val="restart"/>
            <w:vAlign w:val="center"/>
          </w:tcPr>
          <w:p w14:paraId="424CA092" w14:textId="77777777" w:rsidR="005370A4" w:rsidRDefault="005370A4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 xml:space="preserve">P3 – </w:t>
            </w:r>
            <w:proofErr w:type="spellStart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>Perioada</w:t>
            </w:r>
            <w:proofErr w:type="spellEnd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 xml:space="preserve"> de </w:t>
            </w:r>
            <w:proofErr w:type="spellStart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>sustenabilitate</w:t>
            </w:r>
            <w:proofErr w:type="spellEnd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>și</w:t>
            </w:r>
            <w:proofErr w:type="spellEnd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813D7F">
              <w:rPr>
                <w:rFonts w:ascii="Times New Roman" w:hAnsi="Times New Roman" w:cs="Times New Roman"/>
                <w:b/>
                <w:bCs/>
                <w:sz w:val="22"/>
              </w:rPr>
              <w:t>continuitate</w:t>
            </w:r>
            <w:proofErr w:type="spellEnd"/>
          </w:p>
          <w:p w14:paraId="1F0DB746" w14:textId="77777777" w:rsidR="005370A4" w:rsidRDefault="005370A4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18516804" w14:textId="02A59056" w:rsidR="005370A4" w:rsidRPr="00813D7F" w:rsidRDefault="005370A4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</w:t>
            </w:r>
            <w:r w:rsidRPr="00883A5C">
              <w:rPr>
                <w:rFonts w:ascii="Times New Roman" w:hAnsi="Times New Roman" w:cs="Times New Roman"/>
                <w:sz w:val="22"/>
              </w:rPr>
              <w:t>erioada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pentru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care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solicitantul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își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asumă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menținerea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valorificarea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rezultatelor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după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finalizarea</w:t>
            </w:r>
            <w:proofErr w:type="spellEnd"/>
            <w:r w:rsidRPr="00883A5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finanțării</w:t>
            </w:r>
            <w:proofErr w:type="spellEnd"/>
          </w:p>
        </w:tc>
        <w:tc>
          <w:tcPr>
            <w:tcW w:w="2494" w:type="dxa"/>
          </w:tcPr>
          <w:p w14:paraId="2D6F75D1" w14:textId="2B796068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Angajamentul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sustenabilitate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continuitate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de </w:t>
            </w:r>
            <w:r w:rsidRPr="00883A5C">
              <w:rPr>
                <w:rFonts w:ascii="Times New Roman" w:hAnsi="Times New Roman" w:cs="Times New Roman"/>
                <w:sz w:val="22"/>
              </w:rPr>
              <w:t>6 l</w:t>
            </w:r>
            <w:proofErr w:type="spellStart"/>
            <w:r w:rsidRPr="00883A5C">
              <w:rPr>
                <w:rFonts w:ascii="Times New Roman" w:hAnsi="Times New Roman" w:cs="Times New Roman"/>
                <w:sz w:val="22"/>
              </w:rPr>
              <w:t>uni</w:t>
            </w:r>
            <w:proofErr w:type="spellEnd"/>
          </w:p>
        </w:tc>
        <w:tc>
          <w:tcPr>
            <w:tcW w:w="1205" w:type="dxa"/>
            <w:vAlign w:val="center"/>
          </w:tcPr>
          <w:p w14:paraId="06100F63" w14:textId="7F95771F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312B09B4" w14:textId="6D972B04" w:rsidR="005370A4" w:rsidRPr="00883A5C" w:rsidRDefault="00AA2996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disjunctiv</w:t>
            </w:r>
            <w:proofErr w:type="spellEnd"/>
          </w:p>
        </w:tc>
        <w:tc>
          <w:tcPr>
            <w:tcW w:w="1053" w:type="dxa"/>
            <w:vMerge w:val="restart"/>
          </w:tcPr>
          <w:p w14:paraId="6DC6B3BB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 w:val="restart"/>
            <w:vAlign w:val="center"/>
          </w:tcPr>
          <w:p w14:paraId="1FF852E8" w14:textId="6532ED4E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370A4" w:rsidRPr="00883A5C" w14:paraId="69FE7592" w14:textId="77777777" w:rsidTr="00D658D6">
        <w:trPr>
          <w:trHeight w:val="880"/>
          <w:jc w:val="center"/>
        </w:trPr>
        <w:tc>
          <w:tcPr>
            <w:tcW w:w="715" w:type="dxa"/>
            <w:vMerge/>
            <w:vAlign w:val="center"/>
          </w:tcPr>
          <w:p w14:paraId="04A38E7D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119E15BF" w14:textId="77777777" w:rsidR="005370A4" w:rsidRPr="00813D7F" w:rsidRDefault="005370A4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78B50D09" w14:textId="51AD931D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Angajamentul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sustenabilitate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continuitate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r>
              <w:rPr>
                <w:rFonts w:ascii="Times New Roman" w:hAnsi="Times New Roman" w:cs="Times New Roman"/>
                <w:sz w:val="22"/>
              </w:rPr>
              <w:t xml:space="preserve">7-12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luni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205" w:type="dxa"/>
            <w:vAlign w:val="center"/>
          </w:tcPr>
          <w:p w14:paraId="54C20B81" w14:textId="58BC0BD3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vMerge/>
            <w:vAlign w:val="center"/>
          </w:tcPr>
          <w:p w14:paraId="334029CF" w14:textId="77777777" w:rsidR="005370A4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3F90AACA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2BF4D0E4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370A4" w:rsidRPr="00883A5C" w14:paraId="7D655580" w14:textId="77777777" w:rsidTr="00D658D6">
        <w:trPr>
          <w:trHeight w:val="880"/>
          <w:jc w:val="center"/>
        </w:trPr>
        <w:tc>
          <w:tcPr>
            <w:tcW w:w="715" w:type="dxa"/>
            <w:vMerge/>
            <w:vAlign w:val="center"/>
          </w:tcPr>
          <w:p w14:paraId="61F14B76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00E8DD84" w14:textId="77777777" w:rsidR="005370A4" w:rsidRPr="00813D7F" w:rsidRDefault="005370A4" w:rsidP="006939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94" w:type="dxa"/>
          </w:tcPr>
          <w:p w14:paraId="0086B6CC" w14:textId="2D1CAA2E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Angajamentul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sustenabilitate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continuitate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mult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de 12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luni</w:t>
            </w:r>
            <w:proofErr w:type="spellEnd"/>
          </w:p>
        </w:tc>
        <w:tc>
          <w:tcPr>
            <w:tcW w:w="1205" w:type="dxa"/>
            <w:vAlign w:val="center"/>
          </w:tcPr>
          <w:p w14:paraId="4B1F592C" w14:textId="411E775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96" w:type="dxa"/>
            <w:vMerge/>
            <w:vAlign w:val="center"/>
          </w:tcPr>
          <w:p w14:paraId="0CACC0A5" w14:textId="77777777" w:rsidR="005370A4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53" w:type="dxa"/>
            <w:vMerge/>
          </w:tcPr>
          <w:p w14:paraId="5A672207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13" w:type="dxa"/>
            <w:vMerge/>
            <w:vAlign w:val="center"/>
          </w:tcPr>
          <w:p w14:paraId="41914733" w14:textId="77777777" w:rsidR="005370A4" w:rsidRPr="00883A5C" w:rsidRDefault="005370A4" w:rsidP="00693923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879C8C4" w14:textId="77777777" w:rsidR="00A506B2" w:rsidRDefault="00A506B2"/>
    <w:p w14:paraId="361CBC03" w14:textId="77777777" w:rsidR="00F4267D" w:rsidRDefault="00F4267D"/>
    <w:p w14:paraId="3A4892E2" w14:textId="77777777" w:rsidR="00AA2996" w:rsidRDefault="00AA2996" w:rsidP="00F4267D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0AC6C1" w14:textId="6BA1D3D5" w:rsidR="00F4267D" w:rsidRPr="00AA2996" w:rsidRDefault="00F4267D" w:rsidP="00F12D3F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Punctajul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minim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de 70 de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reprezinta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pragul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sub care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nici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proiect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nu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poate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intra la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finantare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CA5263" w14:textId="2C007C07" w:rsidR="00F4267D" w:rsidRPr="00AA2996" w:rsidRDefault="00F4267D" w:rsidP="00F4267D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Selectia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A2996" w:rsidRPr="00AA2996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AA2996">
        <w:rPr>
          <w:rFonts w:ascii="Times New Roman" w:hAnsi="Times New Roman" w:cs="Times New Roman"/>
          <w:b/>
          <w:bCs/>
          <w:sz w:val="24"/>
          <w:szCs w:val="24"/>
        </w:rPr>
        <w:t>iselor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eligibile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se face in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ordinea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descrescatoare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punctajulul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996">
        <w:rPr>
          <w:rFonts w:ascii="Times New Roman" w:hAnsi="Times New Roman" w:cs="Times New Roman"/>
          <w:b/>
          <w:bCs/>
          <w:sz w:val="24"/>
          <w:szCs w:val="24"/>
        </w:rPr>
        <w:t>obtinut</w:t>
      </w:r>
      <w:proofErr w:type="spellEnd"/>
      <w:r w:rsidRPr="00AA299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E1303BB" w14:textId="77777777" w:rsidR="00F12D3F" w:rsidRPr="00F12D3F" w:rsidRDefault="00F12D3F" w:rsidP="00F12D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12D3F">
        <w:rPr>
          <w:rFonts w:ascii="Times New Roman" w:hAnsi="Times New Roman" w:cs="Times New Roman"/>
          <w:b/>
          <w:sz w:val="24"/>
          <w:szCs w:val="24"/>
        </w:rPr>
        <w:tab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Au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fost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solicitate </w:t>
      </w:r>
      <w:proofErr w:type="spellStart"/>
      <w:proofErr w:type="gram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clarificari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6A8304A2" w14:textId="77777777" w:rsidR="00F12D3F" w:rsidRP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F12D3F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F12D3F">
        <w:rPr>
          <w:rFonts w:ascii="Times New Roman" w:hAnsi="Times New Roman" w:cs="Times New Roman"/>
          <w:sz w:val="24"/>
          <w:szCs w:val="24"/>
        </w:rPr>
        <w:t xml:space="preserve"> DA</w:t>
      </w:r>
    </w:p>
    <w:p w14:paraId="3F55A3AD" w14:textId="77777777" w:rsidR="00F12D3F" w:rsidRP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F12D3F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F12D3F">
        <w:rPr>
          <w:rFonts w:ascii="Times New Roman" w:hAnsi="Times New Roman" w:cs="Times New Roman"/>
          <w:sz w:val="24"/>
          <w:szCs w:val="24"/>
        </w:rPr>
        <w:t xml:space="preserve"> NU</w:t>
      </w:r>
    </w:p>
    <w:p w14:paraId="5375021B" w14:textId="77777777" w:rsidR="00F12D3F" w:rsidRPr="00F12D3F" w:rsidRDefault="00F12D3F" w:rsidP="00F12D3F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12D3F">
        <w:rPr>
          <w:rFonts w:ascii="Times New Roman" w:hAnsi="Times New Roman" w:cs="Times New Roman"/>
          <w:sz w:val="24"/>
          <w:szCs w:val="24"/>
        </w:rPr>
        <w:t xml:space="preserve">Daca DA, </w:t>
      </w:r>
    </w:p>
    <w:p w14:paraId="4ADEB2FB" w14:textId="77777777" w:rsidR="00F12D3F" w:rsidRPr="00F12D3F" w:rsidRDefault="00F12D3F" w:rsidP="00F12D3F">
      <w:pPr>
        <w:pStyle w:val="ListParagraph"/>
        <w:numPr>
          <w:ilvl w:val="0"/>
          <w:numId w:val="16"/>
        </w:numPr>
        <w:spacing w:after="160" w:line="360" w:lineRule="auto"/>
        <w:ind w:firstLine="1548"/>
        <w:rPr>
          <w:rFonts w:ascii="Times New Roman" w:hAnsi="Times New Roman" w:cs="Times New Roman"/>
          <w:b/>
          <w:bCs/>
          <w:sz w:val="24"/>
          <w:szCs w:val="24"/>
        </w:rPr>
      </w:pPr>
      <w:r w:rsidRPr="00F12D3F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12D3F">
        <w:rPr>
          <w:rFonts w:ascii="Times New Roman" w:hAnsi="Times New Roman" w:cs="Times New Roman"/>
          <w:sz w:val="24"/>
          <w:szCs w:val="24"/>
        </w:rPr>
        <w:t>solicitarii</w:t>
      </w:r>
      <w:proofErr w:type="spellEnd"/>
      <w:r w:rsidRPr="00F12D3F">
        <w:rPr>
          <w:rFonts w:ascii="Times New Roman" w:hAnsi="Times New Roman" w:cs="Times New Roman"/>
          <w:sz w:val="24"/>
          <w:szCs w:val="24"/>
        </w:rPr>
        <w:t>:</w:t>
      </w:r>
    </w:p>
    <w:p w14:paraId="1BB6792B" w14:textId="69C5AA10" w:rsidR="00A506B2" w:rsidRPr="00F12D3F" w:rsidRDefault="00F12D3F" w:rsidP="00F12D3F">
      <w:pPr>
        <w:pStyle w:val="ListParagraph"/>
        <w:numPr>
          <w:ilvl w:val="0"/>
          <w:numId w:val="16"/>
        </w:numPr>
        <w:spacing w:after="160" w:line="360" w:lineRule="auto"/>
        <w:ind w:firstLine="1548"/>
        <w:rPr>
          <w:rFonts w:ascii="Times New Roman" w:hAnsi="Times New Roman" w:cs="Times New Roman"/>
          <w:b/>
          <w:bCs/>
          <w:sz w:val="24"/>
          <w:szCs w:val="24"/>
        </w:rPr>
      </w:pPr>
      <w:r w:rsidRPr="00F12D3F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proofErr w:type="gramStart"/>
      <w:r w:rsidRPr="00F12D3F">
        <w:rPr>
          <w:rFonts w:ascii="Times New Roman" w:hAnsi="Times New Roman" w:cs="Times New Roman"/>
          <w:sz w:val="24"/>
          <w:szCs w:val="24"/>
        </w:rPr>
        <w:t>raspunsului</w:t>
      </w:r>
      <w:proofErr w:type="spellEnd"/>
      <w:r w:rsidRPr="00F12D3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493C820" w14:textId="5ABF4407" w:rsidR="004076F7" w:rsidRDefault="004076F7" w:rsidP="00F12D3F">
      <w:pPr>
        <w:shd w:val="clear" w:color="auto" w:fill="D6E3BC" w:themeFill="accent3" w:themeFillTint="66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Concluzi</w:t>
      </w:r>
      <w:r w:rsidR="00F12D3F" w:rsidRPr="00F12D3F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spellEnd"/>
      <w:r w:rsidR="00F12D3F"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2D3F" w:rsidRPr="00F12D3F">
        <w:rPr>
          <w:rFonts w:ascii="Times New Roman" w:hAnsi="Times New Roman" w:cs="Times New Roman"/>
          <w:b/>
          <w:bCs/>
          <w:sz w:val="24"/>
          <w:szCs w:val="24"/>
        </w:rPr>
        <w:t>etapa</w:t>
      </w:r>
      <w:proofErr w:type="spellEnd"/>
      <w:r w:rsidR="00F12D3F"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F12D3F" w:rsidRPr="00F12D3F">
        <w:rPr>
          <w:rFonts w:ascii="Times New Roman" w:hAnsi="Times New Roman" w:cs="Times New Roman"/>
          <w:b/>
          <w:bCs/>
          <w:sz w:val="24"/>
          <w:szCs w:val="24"/>
        </w:rPr>
        <w:t>ETF :</w:t>
      </w:r>
      <w:proofErr w:type="gram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30BC9C" w14:textId="77777777" w:rsidR="00F12D3F" w:rsidRPr="00F12D3F" w:rsidRDefault="00F12D3F" w:rsidP="00F12D3F">
      <w:pPr>
        <w:shd w:val="clear" w:color="auto" w:fill="D6E3BC" w:themeFill="accent3" w:themeFillTint="66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E59BC" w14:textId="77777777" w:rsidR="00F12D3F" w:rsidRDefault="00F12D3F">
      <w:pPr>
        <w:rPr>
          <w:rFonts w:ascii="Times New Roman" w:hAnsi="Times New Roman" w:cs="Times New Roman"/>
          <w:sz w:val="24"/>
          <w:szCs w:val="24"/>
        </w:rPr>
      </w:pPr>
    </w:p>
    <w:p w14:paraId="10E55AF5" w14:textId="2BCBC2E7" w:rsidR="00F12D3F" w:rsidRPr="00F12D3F" w:rsidRDefault="00F12D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sym w:font="Wingdings" w:char="F06F"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FISA SELECTATA </w:t>
      </w:r>
    </w:p>
    <w:p w14:paraId="676297C7" w14:textId="20335724" w:rsidR="00F12D3F" w:rsidRPr="00F12D3F" w:rsidRDefault="00F12D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sym w:font="Wingdings" w:char="F06F"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FISA </w:t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>ELIGIBILA NESELECTATA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lista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rezerva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D63EB7E" w14:textId="11D5DF2C" w:rsidR="00F12D3F" w:rsidRPr="00F12D3F" w:rsidRDefault="00F12D3F" w:rsidP="00F12D3F">
      <w:pPr>
        <w:ind w:left="2013" w:hanging="17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sym w:font="Wingdings" w:char="F06F"/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FISA </w:t>
      </w:r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RESPINSA </w:t>
      </w:r>
      <w:proofErr w:type="gram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( sub</w:t>
      </w:r>
      <w:proofErr w:type="gram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punctajul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minim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sub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pragul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legal de 50%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activitatile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F12D3F">
        <w:rPr>
          <w:rFonts w:ascii="Times New Roman" w:hAnsi="Times New Roman" w:cs="Times New Roman"/>
          <w:b/>
          <w:bCs/>
          <w:sz w:val="24"/>
          <w:szCs w:val="24"/>
        </w:rPr>
        <w:t>baza</w:t>
      </w:r>
      <w:proofErr w:type="spellEnd"/>
      <w:r w:rsidRPr="00F12D3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4D95E03" w14:textId="7FCC8766" w:rsidR="005A5FE4" w:rsidRPr="00AA2996" w:rsidRDefault="00F12D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A5FE4" w:rsidRPr="00AA299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1710E830" w14:textId="7EA82F62" w:rsidR="00F12D3F" w:rsidRDefault="005A5FE4">
      <w:pPr>
        <w:rPr>
          <w:rFonts w:ascii="Times New Roman" w:hAnsi="Times New Roman" w:cs="Times New Roman"/>
          <w:sz w:val="24"/>
          <w:szCs w:val="24"/>
        </w:rPr>
      </w:pPr>
      <w:r w:rsidRPr="00AA299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12D3F">
        <w:rPr>
          <w:rFonts w:ascii="Times New Roman" w:hAnsi="Times New Roman" w:cs="Times New Roman"/>
          <w:sz w:val="24"/>
          <w:szCs w:val="24"/>
        </w:rPr>
        <w:tab/>
      </w:r>
      <w:r w:rsidRPr="00AA2996">
        <w:rPr>
          <w:rFonts w:ascii="Times New Roman" w:hAnsi="Times New Roman" w:cs="Times New Roman"/>
          <w:sz w:val="24"/>
          <w:szCs w:val="24"/>
        </w:rPr>
        <w:t xml:space="preserve"> </w:t>
      </w:r>
      <w:r w:rsidR="00B70A25" w:rsidRPr="00AA2996">
        <w:rPr>
          <w:rFonts w:ascii="Times New Roman" w:hAnsi="Times New Roman" w:cs="Times New Roman"/>
          <w:sz w:val="24"/>
          <w:szCs w:val="24"/>
        </w:rPr>
        <w:t>Evaluator</w:t>
      </w:r>
      <w:r w:rsidRPr="00AA2996">
        <w:rPr>
          <w:rFonts w:ascii="Times New Roman" w:hAnsi="Times New Roman" w:cs="Times New Roman"/>
          <w:sz w:val="24"/>
          <w:szCs w:val="24"/>
        </w:rPr>
        <w:t xml:space="preserve"> 1</w:t>
      </w:r>
      <w:r w:rsidR="00B70A25" w:rsidRPr="00AA2996">
        <w:rPr>
          <w:rFonts w:ascii="Times New Roman" w:hAnsi="Times New Roman" w:cs="Times New Roman"/>
          <w:sz w:val="24"/>
          <w:szCs w:val="24"/>
        </w:rPr>
        <w:t xml:space="preserve"> GAL: </w:t>
      </w:r>
    </w:p>
    <w:p w14:paraId="677EACC8" w14:textId="0B39EA39" w:rsidR="00A506B2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5951B2A0" w14:textId="3DA646A3" w:rsid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14:paraId="647B3EF4" w14:textId="12C4708A" w:rsid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418751F3" w14:textId="0AED9BA1" w:rsidR="00F12D3F" w:rsidRPr="00AA2996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0B88A709" w14:textId="77777777" w:rsidR="004076F7" w:rsidRPr="00AA2996" w:rsidRDefault="004076F7">
      <w:pPr>
        <w:rPr>
          <w:rFonts w:ascii="Times New Roman" w:hAnsi="Times New Roman" w:cs="Times New Roman"/>
          <w:sz w:val="24"/>
          <w:szCs w:val="24"/>
        </w:rPr>
      </w:pPr>
    </w:p>
    <w:p w14:paraId="60AC6FBD" w14:textId="7CE2C379" w:rsidR="00F12D3F" w:rsidRDefault="004076F7" w:rsidP="00F12D3F">
      <w:pPr>
        <w:rPr>
          <w:rFonts w:ascii="Times New Roman" w:hAnsi="Times New Roman" w:cs="Times New Roman"/>
          <w:sz w:val="24"/>
          <w:szCs w:val="24"/>
        </w:rPr>
      </w:pPr>
      <w:r w:rsidRPr="00AA299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12D3F">
        <w:rPr>
          <w:rFonts w:ascii="Times New Roman" w:hAnsi="Times New Roman" w:cs="Times New Roman"/>
          <w:sz w:val="24"/>
          <w:szCs w:val="24"/>
        </w:rPr>
        <w:tab/>
      </w:r>
      <w:r w:rsidR="00F12D3F" w:rsidRPr="00AA2996">
        <w:rPr>
          <w:rFonts w:ascii="Times New Roman" w:hAnsi="Times New Roman" w:cs="Times New Roman"/>
          <w:sz w:val="24"/>
          <w:szCs w:val="24"/>
        </w:rPr>
        <w:t xml:space="preserve">Evaluator 1 GAL: </w:t>
      </w:r>
    </w:p>
    <w:p w14:paraId="52479022" w14:textId="77777777" w:rsid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1E714677" w14:textId="77777777" w:rsid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14:paraId="7AA8FC19" w14:textId="77777777" w:rsidR="00F12D3F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3FDC461D" w14:textId="77777777" w:rsidR="00F12D3F" w:rsidRPr="00AA2996" w:rsidRDefault="00F12D3F" w:rsidP="00F12D3F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0EBED647" w14:textId="007AAA45" w:rsidR="004076F7" w:rsidRPr="00AA2996" w:rsidRDefault="004076F7">
      <w:pPr>
        <w:rPr>
          <w:rFonts w:ascii="Times New Roman" w:hAnsi="Times New Roman" w:cs="Times New Roman"/>
          <w:sz w:val="24"/>
          <w:szCs w:val="24"/>
        </w:rPr>
      </w:pPr>
    </w:p>
    <w:sectPr w:rsidR="004076F7" w:rsidRPr="00AA2996" w:rsidSect="00244EF8">
      <w:headerReference w:type="default" r:id="rId8"/>
      <w:pgSz w:w="11906" w:h="16838"/>
      <w:pgMar w:top="397" w:right="397" w:bottom="397" w:left="3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7B73" w14:textId="77777777" w:rsidR="00244EF8" w:rsidRDefault="00244EF8" w:rsidP="00244EF8">
      <w:pPr>
        <w:spacing w:after="0" w:line="240" w:lineRule="auto"/>
      </w:pPr>
      <w:r>
        <w:separator/>
      </w:r>
    </w:p>
  </w:endnote>
  <w:endnote w:type="continuationSeparator" w:id="0">
    <w:p w14:paraId="3AEBA8DD" w14:textId="77777777" w:rsidR="00244EF8" w:rsidRDefault="00244EF8" w:rsidP="00244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71D4" w14:textId="77777777" w:rsidR="00244EF8" w:rsidRDefault="00244EF8" w:rsidP="00244EF8">
      <w:pPr>
        <w:spacing w:after="0" w:line="240" w:lineRule="auto"/>
      </w:pPr>
      <w:r>
        <w:separator/>
      </w:r>
    </w:p>
  </w:footnote>
  <w:footnote w:type="continuationSeparator" w:id="0">
    <w:p w14:paraId="291C2399" w14:textId="77777777" w:rsidR="00244EF8" w:rsidRDefault="00244EF8" w:rsidP="00244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74E4" w14:textId="40AC6E9C" w:rsidR="00244EF8" w:rsidRDefault="00244EF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1FE45D" wp14:editId="5EE74A02">
          <wp:simplePos x="0" y="0"/>
          <wp:positionH relativeFrom="column">
            <wp:posOffset>8253454</wp:posOffset>
          </wp:positionH>
          <wp:positionV relativeFrom="paragraph">
            <wp:posOffset>-103063</wp:posOffset>
          </wp:positionV>
          <wp:extent cx="777240" cy="777240"/>
          <wp:effectExtent l="0" t="0" r="3810" b="3810"/>
          <wp:wrapSquare wrapText="bothSides"/>
          <wp:docPr id="1154761420" name="Picture 24" descr="D:\Asus\Desktop\AFIR\Identitate vizuala\100006864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Asus\Desktop\AFIR\Identitate vizuala\100006864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90">
      <w:rPr>
        <w:noProof/>
      </w:rPr>
      <w:drawing>
        <wp:inline distT="0" distB="0" distL="0" distR="0" wp14:anchorId="3C2CB68A" wp14:editId="1A638FA5">
          <wp:extent cx="2590800" cy="535467"/>
          <wp:effectExtent l="0" t="0" r="0" b="0"/>
          <wp:docPr id="10840054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2599" cy="550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7E2490">
      <w:rPr>
        <w:noProof/>
      </w:rPr>
      <w:drawing>
        <wp:inline distT="0" distB="0" distL="0" distR="0" wp14:anchorId="66731929" wp14:editId="689937C6">
          <wp:extent cx="723900" cy="716280"/>
          <wp:effectExtent l="0" t="0" r="0" b="7620"/>
          <wp:docPr id="2618774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3E080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DB1AE1"/>
    <w:multiLevelType w:val="hybridMultilevel"/>
    <w:tmpl w:val="9F946B4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AC0F1A"/>
    <w:multiLevelType w:val="hybridMultilevel"/>
    <w:tmpl w:val="79D8C6C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B803781"/>
    <w:multiLevelType w:val="hybridMultilevel"/>
    <w:tmpl w:val="00587D26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DC67DE"/>
    <w:multiLevelType w:val="hybridMultilevel"/>
    <w:tmpl w:val="D6BA2E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A1F65"/>
    <w:multiLevelType w:val="hybridMultilevel"/>
    <w:tmpl w:val="A768BF8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771579"/>
    <w:multiLevelType w:val="hybridMultilevel"/>
    <w:tmpl w:val="274A9DE2"/>
    <w:lvl w:ilvl="0" w:tplc="B596E51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86382464">
    <w:abstractNumId w:val="9"/>
  </w:num>
  <w:num w:numId="2" w16cid:durableId="1889536321">
    <w:abstractNumId w:val="7"/>
  </w:num>
  <w:num w:numId="3" w16cid:durableId="988829230">
    <w:abstractNumId w:val="6"/>
  </w:num>
  <w:num w:numId="4" w16cid:durableId="1656375555">
    <w:abstractNumId w:val="5"/>
  </w:num>
  <w:num w:numId="5" w16cid:durableId="1917089923">
    <w:abstractNumId w:val="8"/>
  </w:num>
  <w:num w:numId="6" w16cid:durableId="1008487027">
    <w:abstractNumId w:val="4"/>
  </w:num>
  <w:num w:numId="7" w16cid:durableId="728847026">
    <w:abstractNumId w:val="3"/>
  </w:num>
  <w:num w:numId="8" w16cid:durableId="978923053">
    <w:abstractNumId w:val="2"/>
  </w:num>
  <w:num w:numId="9" w16cid:durableId="98457734">
    <w:abstractNumId w:val="1"/>
  </w:num>
  <w:num w:numId="10" w16cid:durableId="1384133828">
    <w:abstractNumId w:val="0"/>
  </w:num>
  <w:num w:numId="11" w16cid:durableId="1971935888">
    <w:abstractNumId w:val="12"/>
  </w:num>
  <w:num w:numId="12" w16cid:durableId="128790153">
    <w:abstractNumId w:val="10"/>
  </w:num>
  <w:num w:numId="13" w16cid:durableId="1587038536">
    <w:abstractNumId w:val="11"/>
  </w:num>
  <w:num w:numId="14" w16cid:durableId="1156452978">
    <w:abstractNumId w:val="15"/>
  </w:num>
  <w:num w:numId="15" w16cid:durableId="510485008">
    <w:abstractNumId w:val="14"/>
  </w:num>
  <w:num w:numId="16" w16cid:durableId="11569140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E53"/>
    <w:rsid w:val="00034616"/>
    <w:rsid w:val="00051EDD"/>
    <w:rsid w:val="0006063C"/>
    <w:rsid w:val="000A42A0"/>
    <w:rsid w:val="000B56F8"/>
    <w:rsid w:val="000F1CA2"/>
    <w:rsid w:val="001220C3"/>
    <w:rsid w:val="0015074B"/>
    <w:rsid w:val="00170D32"/>
    <w:rsid w:val="001A599B"/>
    <w:rsid w:val="00205B20"/>
    <w:rsid w:val="00205DA4"/>
    <w:rsid w:val="002174F2"/>
    <w:rsid w:val="00244EF8"/>
    <w:rsid w:val="00282797"/>
    <w:rsid w:val="002960F6"/>
    <w:rsid w:val="0029639D"/>
    <w:rsid w:val="002A45CC"/>
    <w:rsid w:val="002D5C47"/>
    <w:rsid w:val="00326F90"/>
    <w:rsid w:val="00335FCB"/>
    <w:rsid w:val="003A786C"/>
    <w:rsid w:val="003B5711"/>
    <w:rsid w:val="003E38F7"/>
    <w:rsid w:val="004076F7"/>
    <w:rsid w:val="00432CD6"/>
    <w:rsid w:val="0044515B"/>
    <w:rsid w:val="004A0FBE"/>
    <w:rsid w:val="004B029D"/>
    <w:rsid w:val="004D6ABD"/>
    <w:rsid w:val="004F1316"/>
    <w:rsid w:val="005370A4"/>
    <w:rsid w:val="00537AEC"/>
    <w:rsid w:val="0057022A"/>
    <w:rsid w:val="005A5FE4"/>
    <w:rsid w:val="0061299C"/>
    <w:rsid w:val="00692D0E"/>
    <w:rsid w:val="00693923"/>
    <w:rsid w:val="006A4F93"/>
    <w:rsid w:val="006C3C87"/>
    <w:rsid w:val="00782211"/>
    <w:rsid w:val="00791A7A"/>
    <w:rsid w:val="00813D7F"/>
    <w:rsid w:val="00822F27"/>
    <w:rsid w:val="008342E1"/>
    <w:rsid w:val="00883A5C"/>
    <w:rsid w:val="0090055D"/>
    <w:rsid w:val="00933796"/>
    <w:rsid w:val="00974698"/>
    <w:rsid w:val="00975F20"/>
    <w:rsid w:val="009A1EA1"/>
    <w:rsid w:val="009C66FD"/>
    <w:rsid w:val="00A11CDD"/>
    <w:rsid w:val="00A506B2"/>
    <w:rsid w:val="00A617EC"/>
    <w:rsid w:val="00AA1D8D"/>
    <w:rsid w:val="00AA2996"/>
    <w:rsid w:val="00AA5A31"/>
    <w:rsid w:val="00AD21B9"/>
    <w:rsid w:val="00B149CE"/>
    <w:rsid w:val="00B47730"/>
    <w:rsid w:val="00B70A25"/>
    <w:rsid w:val="00BE4597"/>
    <w:rsid w:val="00BE7493"/>
    <w:rsid w:val="00BF074C"/>
    <w:rsid w:val="00C73B8C"/>
    <w:rsid w:val="00C8721F"/>
    <w:rsid w:val="00CB0664"/>
    <w:rsid w:val="00CC23C7"/>
    <w:rsid w:val="00D02B5A"/>
    <w:rsid w:val="00D658D6"/>
    <w:rsid w:val="00DE3A43"/>
    <w:rsid w:val="00E625C3"/>
    <w:rsid w:val="00EB5180"/>
    <w:rsid w:val="00EC773B"/>
    <w:rsid w:val="00ED19B9"/>
    <w:rsid w:val="00ED7E52"/>
    <w:rsid w:val="00EF2982"/>
    <w:rsid w:val="00F036C0"/>
    <w:rsid w:val="00F12D3F"/>
    <w:rsid w:val="00F27C01"/>
    <w:rsid w:val="00F3000A"/>
    <w:rsid w:val="00F4267D"/>
    <w:rsid w:val="00F4286A"/>
    <w:rsid w:val="00FC11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39C65"/>
  <w14:defaultImageDpi w14:val="300"/>
  <w15:docId w15:val="{DE45BFDC-8600-4E27-9256-E1342976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,List Paragraph compact,Paragraphe de liste 2,Reference li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7469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,Reference li Char"/>
    <w:link w:val="ListParagraph"/>
    <w:uiPriority w:val="34"/>
    <w:qFormat/>
    <w:locked/>
    <w:rsid w:val="00F12D3F"/>
    <w:rPr>
      <w:rFonts w:ascii="Arial" w:hAnsi="Arial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9</Pages>
  <Words>2066</Words>
  <Characters>11988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Adina Arsene</cp:lastModifiedBy>
  <cp:revision>35</cp:revision>
  <cp:lastPrinted>2026-09-08T08:43:00Z</cp:lastPrinted>
  <dcterms:created xsi:type="dcterms:W3CDTF">2013-12-23T23:15:00Z</dcterms:created>
  <dcterms:modified xsi:type="dcterms:W3CDTF">2026-10-11T12:57:00Z</dcterms:modified>
  <cp:category/>
</cp:coreProperties>
</file>